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7A6244" w14:paraId="0646229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0B59DB0" w14:textId="1A6AE3E1" w:rsidR="007A6244" w:rsidRDefault="00496E95">
            <w:pPr>
              <w:keepNext/>
              <w:jc w:val="center"/>
            </w:pPr>
            <w:bookmarkStart w:id="0" w:name="_GoBack"/>
            <w:bookmarkEnd w:id="0"/>
            <w:r>
              <w:rPr>
                <w:rFonts w:ascii="Arial Narrow" w:hAnsi="Arial Narrow"/>
                <w:noProof/>
              </w:rPr>
              <w:drawing>
                <wp:inline distT="0" distB="0" distL="0" distR="0" wp14:anchorId="11B4E776" wp14:editId="64206099">
                  <wp:extent cx="997085" cy="1116314"/>
                  <wp:effectExtent l="0" t="0" r="0" b="8255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33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3660026E" w14:textId="77777777" w:rsidR="00496E95" w:rsidRDefault="00496E95" w:rsidP="00496E95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6435FD5F" w14:textId="77777777" w:rsidR="007A6244" w:rsidRDefault="007A6244">
            <w:pPr>
              <w:keepNext/>
            </w:pPr>
          </w:p>
        </w:tc>
      </w:tr>
      <w:tr w:rsidR="007A6244" w14:paraId="1CC2649B" w14:textId="77777777">
        <w:trPr>
          <w:cantSplit/>
          <w:trHeight w:val="510"/>
        </w:trPr>
        <w:tc>
          <w:tcPr>
            <w:tcW w:w="1606" w:type="dxa"/>
            <w:vMerge/>
          </w:tcPr>
          <w:p w14:paraId="4BA8F495" w14:textId="77777777" w:rsidR="007A6244" w:rsidRDefault="007A6244"/>
        </w:tc>
        <w:tc>
          <w:tcPr>
            <w:tcW w:w="8030" w:type="dxa"/>
            <w:gridSpan w:val="3"/>
            <w:shd w:val="clear" w:color="auto" w:fill="F0F0F0"/>
          </w:tcPr>
          <w:p w14:paraId="6252C7A8" w14:textId="2F19322E" w:rsidR="007A6244" w:rsidRDefault="00496E95">
            <w:pPr>
              <w:keepNext/>
            </w:pP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  <w:r>
              <w:t xml:space="preserve"> </w:t>
            </w:r>
          </w:p>
        </w:tc>
      </w:tr>
      <w:tr w:rsidR="007A6244" w14:paraId="5F6490E8" w14:textId="77777777">
        <w:trPr>
          <w:cantSplit/>
          <w:trHeight w:val="510"/>
        </w:trPr>
        <w:tc>
          <w:tcPr>
            <w:tcW w:w="1606" w:type="dxa"/>
            <w:vMerge/>
          </w:tcPr>
          <w:p w14:paraId="689A495A" w14:textId="77777777" w:rsidR="007A6244" w:rsidRDefault="007A6244"/>
        </w:tc>
        <w:tc>
          <w:tcPr>
            <w:tcW w:w="2409" w:type="dxa"/>
            <w:shd w:val="clear" w:color="auto" w:fill="F0F0F0"/>
          </w:tcPr>
          <w:p w14:paraId="1F374BC6" w14:textId="77777777" w:rsidR="00496E95" w:rsidRPr="00F801F2" w:rsidRDefault="00496E95" w:rsidP="00496E95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</w:t>
            </w:r>
            <w:proofErr w:type="gramStart"/>
            <w:r>
              <w:rPr>
                <w:b/>
                <w:color w:val="0D5F78"/>
                <w:lang w:val="fr-FR"/>
              </w:rPr>
              <w:t xml:space="preserve">de </w:t>
            </w:r>
            <w:proofErr w:type="spellStart"/>
            <w:r>
              <w:rPr>
                <w:b/>
                <w:color w:val="0D5F78"/>
                <w:lang w:val="fr-FR"/>
              </w:rPr>
              <w:t>identificare</w:t>
            </w:r>
            <w:proofErr w:type="spellEnd"/>
            <w:proofErr w:type="gramEnd"/>
            <w:r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fiscală</w:t>
            </w:r>
            <w:proofErr w:type="spellEnd"/>
            <w:r>
              <w:rPr>
                <w:b/>
                <w:color w:val="0D5F78"/>
                <w:lang w:val="fr-FR"/>
              </w:rPr>
              <w:t xml:space="preserve"> </w:t>
            </w:r>
          </w:p>
          <w:p w14:paraId="5D425FA5" w14:textId="2762C020" w:rsidR="007A6244" w:rsidRPr="009D5BC3" w:rsidRDefault="00496E95" w:rsidP="00496E95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166E9730" w14:textId="77777777" w:rsidR="00496E95" w:rsidRDefault="00496E95" w:rsidP="00496E95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29D0F212" w14:textId="2BAAC5E9" w:rsidR="007A6244" w:rsidRDefault="00496E95" w:rsidP="00496E95">
            <w:pPr>
              <w:keepNext/>
            </w:pPr>
            <w:r w:rsidRPr="00CA102A">
              <w:rPr>
                <w:rFonts w:cs="Times New Roman"/>
                <w:sz w:val="16"/>
                <w:szCs w:val="16"/>
              </w:rPr>
              <w:t xml:space="preserve">Bd.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București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, nr. 49-51,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Județul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România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  <w:sz w:val="16"/>
                  <w:szCs w:val="16"/>
                </w:rPr>
                <w:t>primarie@primariagiurgiu.ro</w:t>
              </w:r>
            </w:hyperlink>
          </w:p>
          <w:p w14:paraId="4FE355EF" w14:textId="77777777" w:rsidR="007A6244" w:rsidRDefault="007A6244">
            <w:pPr>
              <w:keepNext/>
            </w:pPr>
          </w:p>
        </w:tc>
      </w:tr>
      <w:tr w:rsidR="007A6244" w14:paraId="5D1D56A8" w14:textId="77777777">
        <w:trPr>
          <w:cantSplit/>
          <w:trHeight w:val="510"/>
        </w:trPr>
        <w:tc>
          <w:tcPr>
            <w:tcW w:w="1606" w:type="dxa"/>
            <w:vMerge/>
          </w:tcPr>
          <w:p w14:paraId="30180161" w14:textId="77777777" w:rsidR="007A6244" w:rsidRDefault="007A6244"/>
        </w:tc>
        <w:tc>
          <w:tcPr>
            <w:tcW w:w="4818" w:type="dxa"/>
            <w:gridSpan w:val="2"/>
            <w:shd w:val="clear" w:color="auto" w:fill="F0F0F0"/>
          </w:tcPr>
          <w:p w14:paraId="23F9ABB3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3C3CB41D" w14:textId="77777777" w:rsidR="007A6244" w:rsidRDefault="007A6244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7FD69E50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678464D6" w14:textId="77777777" w:rsidR="007A6244" w:rsidRDefault="007A6244">
            <w:pPr>
              <w:keepNext/>
            </w:pPr>
          </w:p>
        </w:tc>
      </w:tr>
    </w:tbl>
    <w:p w14:paraId="5D0B5FF6" w14:textId="77777777" w:rsidR="007A6244" w:rsidRPr="009D5BC3" w:rsidRDefault="007A6244">
      <w:pPr>
        <w:spacing w:line="168" w:lineRule="auto"/>
        <w:rPr>
          <w:lang w:val="fr-FR"/>
        </w:rPr>
      </w:pPr>
    </w:p>
    <w:p w14:paraId="186D47FF" w14:textId="77777777" w:rsidR="007A6244" w:rsidRPr="007F2503" w:rsidRDefault="00496E95">
      <w:pPr>
        <w:spacing w:before="140" w:after="40"/>
        <w:jc w:val="center"/>
        <w:rPr>
          <w:sz w:val="28"/>
          <w:szCs w:val="28"/>
        </w:rPr>
      </w:pPr>
      <w:r w:rsidRPr="007F2503">
        <w:rPr>
          <w:b/>
          <w:sz w:val="28"/>
          <w:szCs w:val="28"/>
        </w:rPr>
        <w:t>CERERE</w:t>
      </w:r>
    </w:p>
    <w:p w14:paraId="60B77D5E" w14:textId="77777777" w:rsidR="007A6244" w:rsidRDefault="007A6244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20A6F2DD" w14:textId="77777777">
        <w:trPr>
          <w:cantSplit/>
        </w:trPr>
        <w:tc>
          <w:tcPr>
            <w:tcW w:w="9636" w:type="dxa"/>
            <w:shd w:val="clear" w:color="auto" w:fill="F4F4F4"/>
          </w:tcPr>
          <w:p w14:paraId="7A516BF1" w14:textId="77777777" w:rsidR="007A6244" w:rsidRDefault="00496E95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7A6244" w:rsidRPr="007F2503" w14:paraId="215792C3" w14:textId="77777777">
        <w:trPr>
          <w:cantSplit/>
          <w:trHeight w:val="510"/>
        </w:trPr>
        <w:tc>
          <w:tcPr>
            <w:tcW w:w="9636" w:type="dxa"/>
          </w:tcPr>
          <w:p w14:paraId="08E70280" w14:textId="7BD68035" w:rsidR="007A6244" w:rsidRPr="009D5BC3" w:rsidRDefault="00496E95" w:rsidP="00496E95">
            <w:pPr>
              <w:keepNext/>
              <w:rPr>
                <w:lang w:val="fr-FR"/>
              </w:rPr>
            </w:pP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Giurgiu</w:t>
            </w:r>
            <w:r w:rsidRPr="00CA102A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7A6244" w:rsidRPr="007F2503" w14:paraId="7776B59C" w14:textId="77777777">
        <w:trPr>
          <w:cantSplit/>
        </w:trPr>
        <w:tc>
          <w:tcPr>
            <w:tcW w:w="9636" w:type="dxa"/>
            <w:shd w:val="clear" w:color="auto" w:fill="F4F4F4"/>
          </w:tcPr>
          <w:p w14:paraId="37A60766" w14:textId="27AC0C1C" w:rsidR="007A6244" w:rsidRPr="009D5BC3" w:rsidRDefault="00496E95" w:rsidP="00496E95">
            <w:pPr>
              <w:spacing w:line="228" w:lineRule="auto"/>
              <w:rPr>
                <w:lang w:val="fr-FR"/>
              </w:rPr>
            </w:pPr>
            <w:proofErr w:type="spellStart"/>
            <w:r w:rsidRPr="009D5BC3">
              <w:rPr>
                <w:lang w:val="fr-FR"/>
              </w:rPr>
              <w:t>Cererea</w:t>
            </w:r>
            <w:proofErr w:type="spellEnd"/>
            <w:r w:rsidRPr="009D5BC3">
              <w:rPr>
                <w:lang w:val="fr-FR"/>
              </w:rPr>
              <w:t xml:space="preserve"> va fi </w:t>
            </w:r>
            <w:proofErr w:type="spellStart"/>
            <w:r w:rsidRPr="009D5BC3">
              <w:rPr>
                <w:lang w:val="fr-FR"/>
              </w:rPr>
              <w:t>transmisă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către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primarul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 Giurgiu.</w:t>
            </w:r>
          </w:p>
        </w:tc>
      </w:tr>
    </w:tbl>
    <w:p w14:paraId="20220E8C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A6244" w14:paraId="46CFADD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94C17D" w14:textId="77777777" w:rsidR="007A6244" w:rsidRDefault="00496E95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7A6244" w14:paraId="2A798EC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4C7A8E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9065994" w14:textId="77777777" w:rsidR="007A6244" w:rsidRDefault="007A6244">
            <w:pPr>
              <w:keepNext/>
            </w:pPr>
          </w:p>
        </w:tc>
        <w:tc>
          <w:tcPr>
            <w:tcW w:w="4015" w:type="dxa"/>
            <w:gridSpan w:val="3"/>
          </w:tcPr>
          <w:p w14:paraId="23A73AE4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18AF22D" w14:textId="77777777" w:rsidR="007A6244" w:rsidRDefault="007A6244">
            <w:pPr>
              <w:keepNext/>
            </w:pPr>
          </w:p>
        </w:tc>
      </w:tr>
      <w:tr w:rsidR="007A6244" w14:paraId="545EB23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672763" w14:textId="77777777" w:rsidR="007A6244" w:rsidRDefault="00496E95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7A6244" w14:paraId="26589197" w14:textId="77777777">
        <w:trPr>
          <w:cantSplit/>
          <w:trHeight w:val="510"/>
        </w:trPr>
        <w:tc>
          <w:tcPr>
            <w:tcW w:w="1606" w:type="dxa"/>
          </w:tcPr>
          <w:p w14:paraId="4FE6E89A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68763DE0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1B30A3BA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5D8E2" w14:textId="77777777" w:rsidR="007A6244" w:rsidRDefault="007A6244">
            <w:pPr>
              <w:keepNext/>
            </w:pPr>
          </w:p>
        </w:tc>
        <w:tc>
          <w:tcPr>
            <w:tcW w:w="4818" w:type="dxa"/>
            <w:gridSpan w:val="5"/>
          </w:tcPr>
          <w:p w14:paraId="5F5E266C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39F4F2A6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0D95FC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53FA98E" w14:textId="77777777" w:rsidR="007A6244" w:rsidRDefault="007A6244">
            <w:pPr>
              <w:keepNext/>
            </w:pPr>
          </w:p>
        </w:tc>
      </w:tr>
      <w:tr w:rsidR="007A6244" w14:paraId="67E3332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D62200" w14:textId="77777777" w:rsidR="007A6244" w:rsidRDefault="00496E95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7A6244" w14:paraId="3385B2B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22EB1F2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46D42AB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4"/>
          </w:tcPr>
          <w:p w14:paraId="0EA364FA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D658FE8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2"/>
          </w:tcPr>
          <w:p w14:paraId="2C4E7CE4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A1A06DA" w14:textId="77777777" w:rsidR="007A6244" w:rsidRDefault="007A6244">
            <w:pPr>
              <w:keepNext/>
            </w:pPr>
          </w:p>
        </w:tc>
      </w:tr>
      <w:tr w:rsidR="007A6244" w14:paraId="3469807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B26B276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6991C6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3AE281F7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EA0BA9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72244B7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8B2D38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F68F074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7DD5DE5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2267E62C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6F5E082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21B28962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594D4A3E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261DF8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225866B9" w14:textId="77777777" w:rsidR="007A6244" w:rsidRDefault="007A6244">
            <w:pPr>
              <w:keepNext/>
            </w:pPr>
          </w:p>
        </w:tc>
      </w:tr>
      <w:tr w:rsidR="007A6244" w14:paraId="7AF7ECD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E71B34A" w14:textId="77777777" w:rsidR="007A6244" w:rsidRDefault="00496E95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7A6244" w14:paraId="28F6921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44678A2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6E8EA80E" w14:textId="77777777" w:rsidR="007A6244" w:rsidRDefault="007A6244">
            <w:pPr>
              <w:keepNext/>
            </w:pPr>
          </w:p>
        </w:tc>
        <w:tc>
          <w:tcPr>
            <w:tcW w:w="5621" w:type="dxa"/>
            <w:gridSpan w:val="5"/>
          </w:tcPr>
          <w:p w14:paraId="71D20CAE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23D691F" w14:textId="77777777" w:rsidR="007A6244" w:rsidRDefault="007A6244">
            <w:pPr>
              <w:keepNext/>
            </w:pPr>
          </w:p>
        </w:tc>
      </w:tr>
      <w:tr w:rsidR="007A6244" w14:paraId="2605518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6506A29" w14:textId="77777777" w:rsidR="007A6244" w:rsidRDefault="00496E95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7A6244" w14:paraId="2B1D8BFF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5158F72" w14:textId="77777777" w:rsidR="007A6244" w:rsidRDefault="00496E95">
            <w:r>
              <w:rPr>
                <w:b/>
                <w:color w:val="0D5F78"/>
              </w:rPr>
              <w:t>În calitate de reprezentant al</w:t>
            </w:r>
          </w:p>
          <w:p w14:paraId="172CD55E" w14:textId="77777777" w:rsidR="007A6244" w:rsidRDefault="007A6244"/>
        </w:tc>
        <w:tc>
          <w:tcPr>
            <w:tcW w:w="3212" w:type="dxa"/>
            <w:gridSpan w:val="2"/>
          </w:tcPr>
          <w:p w14:paraId="2E023F88" w14:textId="77777777" w:rsidR="007A6244" w:rsidRDefault="00496E95">
            <w:r>
              <w:rPr>
                <w:b/>
                <w:color w:val="0D5F78"/>
              </w:rPr>
              <w:t>CUI / CIF</w:t>
            </w:r>
          </w:p>
          <w:p w14:paraId="274C09B7" w14:textId="77777777" w:rsidR="007A6244" w:rsidRDefault="007A6244"/>
        </w:tc>
      </w:tr>
    </w:tbl>
    <w:p w14:paraId="2790794C" w14:textId="77777777" w:rsidR="007A6244" w:rsidRDefault="007A6244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7A6244" w14:paraId="0CDDD608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8A3345" w14:textId="77777777" w:rsidR="007A6244" w:rsidRDefault="00496E95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AUTORIZAȚIA DE CONSTRUIRE</w:t>
            </w:r>
          </w:p>
        </w:tc>
      </w:tr>
      <w:tr w:rsidR="007A6244" w14:paraId="4996068D" w14:textId="77777777">
        <w:trPr>
          <w:cantSplit/>
          <w:trHeight w:val="510"/>
        </w:trPr>
        <w:tc>
          <w:tcPr>
            <w:tcW w:w="1606" w:type="dxa"/>
          </w:tcPr>
          <w:p w14:paraId="35689D0A" w14:textId="77777777" w:rsidR="007A6244" w:rsidRDefault="00496E95">
            <w:r>
              <w:rPr>
                <w:b/>
                <w:color w:val="0D5F78"/>
              </w:rPr>
              <w:t>Nr.</w:t>
            </w:r>
          </w:p>
          <w:p w14:paraId="095D61F3" w14:textId="77777777" w:rsidR="007A6244" w:rsidRDefault="007A6244"/>
        </w:tc>
        <w:tc>
          <w:tcPr>
            <w:tcW w:w="2409" w:type="dxa"/>
          </w:tcPr>
          <w:p w14:paraId="5E836E88" w14:textId="77777777" w:rsidR="007A6244" w:rsidRDefault="00496E95">
            <w:r>
              <w:rPr>
                <w:b/>
                <w:color w:val="0D5F78"/>
              </w:rPr>
              <w:t>Din data</w:t>
            </w:r>
          </w:p>
          <w:p w14:paraId="73344DA4" w14:textId="77777777" w:rsidR="007A6244" w:rsidRDefault="007A6244"/>
        </w:tc>
        <w:tc>
          <w:tcPr>
            <w:tcW w:w="5621" w:type="dxa"/>
          </w:tcPr>
          <w:p w14:paraId="38937E8B" w14:textId="77777777" w:rsidR="007A6244" w:rsidRDefault="00496E95">
            <w:r>
              <w:rPr>
                <w:b/>
                <w:color w:val="0D5F78"/>
              </w:rPr>
              <w:t>Emisă de</w:t>
            </w:r>
          </w:p>
          <w:p w14:paraId="0D6A7EFA" w14:textId="77777777" w:rsidR="007A6244" w:rsidRDefault="007A6244"/>
        </w:tc>
      </w:tr>
    </w:tbl>
    <w:p w14:paraId="1B861EE0" w14:textId="77777777" w:rsidR="007A6244" w:rsidRDefault="007A6244">
      <w:pPr>
        <w:spacing w:line="168" w:lineRule="auto"/>
      </w:pPr>
    </w:p>
    <w:p w14:paraId="2148FFF5" w14:textId="4ABE98FB" w:rsidR="009D5BC3" w:rsidRDefault="00496E95" w:rsidP="009D5BC3">
      <w:pPr>
        <w:spacing w:before="80" w:after="60"/>
        <w:jc w:val="center"/>
        <w:rPr>
          <w:sz w:val="18"/>
        </w:rPr>
      </w:pPr>
      <w:r>
        <w:rPr>
          <w:sz w:val="18"/>
        </w:rPr>
        <w:t xml:space="preserve">în temeiul art. 309 – art. 310 din Legea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>,</w:t>
      </w:r>
    </w:p>
    <w:p w14:paraId="4857330C" w14:textId="0CFFB432" w:rsidR="009D5BC3" w:rsidRPr="007F2503" w:rsidRDefault="00496E95" w:rsidP="007F2503">
      <w:pPr>
        <w:keepNext/>
        <w:jc w:val="center"/>
        <w:rPr>
          <w:sz w:val="18"/>
          <w:szCs w:val="18"/>
          <w:lang w:val="fr-FR"/>
        </w:rPr>
      </w:pPr>
      <w:proofErr w:type="spellStart"/>
      <w:proofErr w:type="gramStart"/>
      <w:r w:rsidRPr="007F2503">
        <w:rPr>
          <w:sz w:val="18"/>
          <w:szCs w:val="18"/>
          <w:lang w:val="fr-FR"/>
        </w:rPr>
        <w:t>solicit</w:t>
      </w:r>
      <w:proofErr w:type="spellEnd"/>
      <w:proofErr w:type="gramEnd"/>
      <w:r w:rsidRPr="007F2503">
        <w:rPr>
          <w:sz w:val="18"/>
          <w:szCs w:val="18"/>
          <w:lang w:val="fr-FR"/>
        </w:rPr>
        <w:t>:</w:t>
      </w:r>
    </w:p>
    <w:p w14:paraId="09133AEA" w14:textId="41C7D97B" w:rsidR="007F2503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 xml:space="preserve">☐ </w:t>
      </w:r>
      <w:proofErr w:type="spellStart"/>
      <w:proofErr w:type="gramStart"/>
      <w:r w:rsidRPr="007F2503">
        <w:rPr>
          <w:sz w:val="20"/>
          <w:szCs w:val="20"/>
          <w:lang w:val="fr-FR"/>
        </w:rPr>
        <w:t>prelungirea</w:t>
      </w:r>
      <w:proofErr w:type="spellEnd"/>
      <w:proofErr w:type="gramEnd"/>
      <w:r w:rsidRPr="007F2503">
        <w:rPr>
          <w:sz w:val="20"/>
          <w:szCs w:val="20"/>
          <w:lang w:val="fr-FR"/>
        </w:rPr>
        <w:t xml:space="preserve"> DURATEI DE EXECUȚIE, </w:t>
      </w:r>
      <w:proofErr w:type="spellStart"/>
      <w:r w:rsidRPr="007F2503">
        <w:rPr>
          <w:sz w:val="20"/>
          <w:szCs w:val="20"/>
          <w:lang w:val="fr-FR"/>
        </w:rPr>
        <w:t>pentru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cel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mult</w:t>
      </w:r>
      <w:proofErr w:type="spellEnd"/>
      <w:r w:rsidRPr="007F2503">
        <w:rPr>
          <w:sz w:val="20"/>
          <w:szCs w:val="20"/>
          <w:lang w:val="fr-FR"/>
        </w:rPr>
        <w:t xml:space="preserve"> 12 </w:t>
      </w:r>
      <w:proofErr w:type="spellStart"/>
      <w:r w:rsidRPr="007F2503">
        <w:rPr>
          <w:sz w:val="20"/>
          <w:szCs w:val="20"/>
          <w:lang w:val="fr-FR"/>
        </w:rPr>
        <w:t>luni</w:t>
      </w:r>
      <w:proofErr w:type="spellEnd"/>
      <w:r w:rsidRPr="007F2503">
        <w:rPr>
          <w:sz w:val="20"/>
          <w:szCs w:val="20"/>
          <w:lang w:val="fr-FR"/>
        </w:rPr>
        <w:t xml:space="preserve">  /</w:t>
      </w:r>
    </w:p>
    <w:p w14:paraId="035B2E14" w14:textId="2AEF1F8C" w:rsidR="007A6244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 xml:space="preserve">☐ </w:t>
      </w:r>
      <w:proofErr w:type="spellStart"/>
      <w:r w:rsidRPr="007F2503">
        <w:rPr>
          <w:sz w:val="20"/>
          <w:szCs w:val="20"/>
          <w:lang w:val="fr-FR"/>
        </w:rPr>
        <w:t>prelungirea</w:t>
      </w:r>
      <w:proofErr w:type="spellEnd"/>
      <w:r w:rsidRPr="007F2503">
        <w:rPr>
          <w:sz w:val="20"/>
          <w:szCs w:val="20"/>
          <w:lang w:val="fr-FR"/>
        </w:rPr>
        <w:t xml:space="preserve"> VALABILITĂȚII </w:t>
      </w:r>
      <w:proofErr w:type="spellStart"/>
      <w:r w:rsidRPr="007F2503">
        <w:rPr>
          <w:sz w:val="20"/>
          <w:szCs w:val="20"/>
          <w:lang w:val="fr-FR"/>
        </w:rPr>
        <w:t>autorizației</w:t>
      </w:r>
      <w:proofErr w:type="spellEnd"/>
      <w:r w:rsidRPr="007F2503">
        <w:rPr>
          <w:sz w:val="20"/>
          <w:szCs w:val="20"/>
          <w:lang w:val="fr-FR"/>
        </w:rPr>
        <w:t xml:space="preserve">, </w:t>
      </w:r>
      <w:proofErr w:type="spellStart"/>
      <w:r w:rsidRPr="007F2503">
        <w:rPr>
          <w:sz w:val="20"/>
          <w:szCs w:val="20"/>
          <w:lang w:val="fr-FR"/>
        </w:rPr>
        <w:t>pentru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cel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mult</w:t>
      </w:r>
      <w:proofErr w:type="spellEnd"/>
      <w:r w:rsidRPr="007F2503">
        <w:rPr>
          <w:sz w:val="20"/>
          <w:szCs w:val="20"/>
          <w:lang w:val="fr-FR"/>
        </w:rPr>
        <w:t xml:space="preserve"> 12 </w:t>
      </w:r>
      <w:proofErr w:type="spellStart"/>
      <w:r w:rsidRPr="007F2503">
        <w:rPr>
          <w:sz w:val="20"/>
          <w:szCs w:val="20"/>
          <w:lang w:val="fr-FR"/>
        </w:rPr>
        <w:t>luni</w:t>
      </w:r>
      <w:proofErr w:type="spellEnd"/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7A6244" w14:paraId="23C4BF84" w14:textId="77777777">
        <w:trPr>
          <w:cantSplit/>
          <w:trHeight w:val="510"/>
        </w:trPr>
        <w:tc>
          <w:tcPr>
            <w:tcW w:w="4818" w:type="dxa"/>
          </w:tcPr>
          <w:p w14:paraId="3A499E2D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De la data</w:t>
            </w:r>
          </w:p>
          <w:p w14:paraId="354602FC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9ED40D5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Până la data</w:t>
            </w:r>
          </w:p>
          <w:p w14:paraId="7DDD098F" w14:textId="77777777" w:rsidR="007A6244" w:rsidRDefault="007A6244">
            <w:pPr>
              <w:keepNext/>
            </w:pPr>
          </w:p>
        </w:tc>
      </w:tr>
      <w:tr w:rsidR="007A6244" w14:paraId="437193AC" w14:textId="77777777">
        <w:trPr>
          <w:cantSplit/>
          <w:trHeight w:val="510"/>
        </w:trPr>
        <w:tc>
          <w:tcPr>
            <w:tcW w:w="4818" w:type="dxa"/>
          </w:tcPr>
          <w:p w14:paraId="4DF3FB80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Stadiul lucrărilor (%)</w:t>
            </w:r>
          </w:p>
          <w:p w14:paraId="24044175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24FE4D1" w14:textId="77777777" w:rsidR="007A6244" w:rsidRDefault="00496E95">
            <w:pPr>
              <w:keepNext/>
            </w:pPr>
            <w:r>
              <w:rPr>
                <w:b/>
                <w:color w:val="0D5F78"/>
              </w:rPr>
              <w:t>Data începerii efective</w:t>
            </w:r>
          </w:p>
          <w:p w14:paraId="5E0A126C" w14:textId="77777777" w:rsidR="007A6244" w:rsidRDefault="007A6244">
            <w:pPr>
              <w:keepNext/>
            </w:pPr>
          </w:p>
        </w:tc>
      </w:tr>
      <w:tr w:rsidR="007A6244" w:rsidRPr="007F2503" w14:paraId="2FF65CE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73B1089" w14:textId="77777777" w:rsidR="007A6244" w:rsidRPr="009D5BC3" w:rsidRDefault="00496E95">
            <w:pPr>
              <w:keepNext/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Lucrările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rămase</w:t>
            </w:r>
            <w:proofErr w:type="spellEnd"/>
            <w:r w:rsidRPr="009D5BC3">
              <w:rPr>
                <w:sz w:val="16"/>
                <w:lang w:val="fr-FR"/>
              </w:rPr>
              <w:t xml:space="preserve"> de </w:t>
            </w:r>
            <w:proofErr w:type="spellStart"/>
            <w:r w:rsidRPr="009D5BC3">
              <w:rPr>
                <w:sz w:val="16"/>
                <w:lang w:val="fr-FR"/>
              </w:rPr>
              <w:t>executat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și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motivarea</w:t>
            </w:r>
            <w:proofErr w:type="spellEnd"/>
          </w:p>
        </w:tc>
      </w:tr>
      <w:tr w:rsidR="007A6244" w:rsidRPr="007F2503" w14:paraId="723B2689" w14:textId="77777777">
        <w:trPr>
          <w:cantSplit/>
        </w:trPr>
        <w:tc>
          <w:tcPr>
            <w:tcW w:w="9636" w:type="dxa"/>
            <w:gridSpan w:val="2"/>
          </w:tcPr>
          <w:p w14:paraId="195774AC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4B23A108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30E592BD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624259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00ED70C9" w14:textId="77777777">
        <w:trPr>
          <w:cantSplit/>
        </w:trPr>
        <w:tc>
          <w:tcPr>
            <w:tcW w:w="9636" w:type="dxa"/>
            <w:shd w:val="clear" w:color="auto" w:fill="F4F4F4"/>
          </w:tcPr>
          <w:p w14:paraId="2678BCBD" w14:textId="77777777" w:rsidR="007A6244" w:rsidRDefault="00496E95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7A6244" w:rsidRPr="007F2503" w14:paraId="6B6A0EA2" w14:textId="77777777">
        <w:trPr>
          <w:cantSplit/>
        </w:trPr>
        <w:tc>
          <w:tcPr>
            <w:tcW w:w="9636" w:type="dxa"/>
          </w:tcPr>
          <w:p w14:paraId="300C857E" w14:textId="77777777" w:rsidR="007A6244" w:rsidRPr="009D5BC3" w:rsidRDefault="00496E95">
            <w:pPr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☐ </w:t>
            </w:r>
            <w:proofErr w:type="spellStart"/>
            <w:r w:rsidRPr="009D5BC3">
              <w:rPr>
                <w:sz w:val="16"/>
                <w:lang w:val="fr-FR"/>
              </w:rPr>
              <w:t>autorizația</w:t>
            </w:r>
            <w:proofErr w:type="spellEnd"/>
            <w:r w:rsidRPr="009D5BC3">
              <w:rPr>
                <w:sz w:val="16"/>
                <w:lang w:val="fr-FR"/>
              </w:rPr>
              <w:t xml:space="preserve"> de construire (</w:t>
            </w:r>
            <w:proofErr w:type="spellStart"/>
            <w:r w:rsidRPr="009D5BC3">
              <w:rPr>
                <w:sz w:val="16"/>
                <w:lang w:val="fr-FR"/>
              </w:rPr>
              <w:t>în</w:t>
            </w:r>
            <w:proofErr w:type="spellEnd"/>
            <w:r w:rsidRPr="009D5BC3">
              <w:rPr>
                <w:sz w:val="16"/>
                <w:lang w:val="fr-FR"/>
              </w:rPr>
              <w:t xml:space="preserve"> original)     ☐ </w:t>
            </w:r>
            <w:proofErr w:type="spellStart"/>
            <w:r w:rsidRPr="009D5BC3">
              <w:rPr>
                <w:sz w:val="16"/>
                <w:lang w:val="fr-FR"/>
              </w:rPr>
              <w:t>documentul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privind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achitarea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taxei</w:t>
            </w:r>
            <w:proofErr w:type="spellEnd"/>
            <w:r w:rsidRPr="009D5BC3">
              <w:rPr>
                <w:sz w:val="16"/>
                <w:lang w:val="fr-FR"/>
              </w:rPr>
              <w:t xml:space="preserve"> (copie)</w:t>
            </w:r>
          </w:p>
        </w:tc>
      </w:tr>
    </w:tbl>
    <w:p w14:paraId="5EC05C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A6244" w14:paraId="02CA662B" w14:textId="77777777" w:rsidTr="007F2503">
        <w:trPr>
          <w:cantSplit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F4F4F4"/>
          </w:tcPr>
          <w:p w14:paraId="14B1C475" w14:textId="77777777" w:rsidR="007A6244" w:rsidRDefault="00496E95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7A6244" w14:paraId="0C1B9847" w14:textId="77777777" w:rsidTr="007F2503">
        <w:trPr>
          <w:cantSplit/>
          <w:trHeight w:val="510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2CC" w14:textId="77777777" w:rsidR="007A6244" w:rsidRDefault="00496E95">
            <w:r>
              <w:rPr>
                <w:b/>
                <w:color w:val="0D5F78"/>
              </w:rPr>
              <w:t>Data</w:t>
            </w:r>
          </w:p>
          <w:p w14:paraId="00AF9847" w14:textId="77777777" w:rsidR="007A6244" w:rsidRDefault="007A6244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FF1" w14:textId="77777777" w:rsidR="007A6244" w:rsidRDefault="00496E95">
            <w:r>
              <w:rPr>
                <w:b/>
                <w:color w:val="0D5F78"/>
              </w:rPr>
              <w:t>Titularul autorizației</w:t>
            </w:r>
          </w:p>
          <w:p w14:paraId="7EABFA92" w14:textId="77777777" w:rsidR="007A6244" w:rsidRDefault="007A6244"/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FAE" w14:textId="77777777" w:rsidR="007A6244" w:rsidRDefault="00496E95">
            <w:r>
              <w:rPr>
                <w:b/>
                <w:color w:val="0D5F78"/>
              </w:rPr>
              <w:t>Semnătura</w:t>
            </w:r>
          </w:p>
          <w:p w14:paraId="189E4DCE" w14:textId="77777777" w:rsidR="007A6244" w:rsidRDefault="007A6244"/>
        </w:tc>
      </w:tr>
    </w:tbl>
    <w:p w14:paraId="19AD975D" w14:textId="77777777" w:rsidR="007A6244" w:rsidRDefault="007A6244">
      <w:pPr>
        <w:spacing w:line="168" w:lineRule="auto"/>
      </w:pPr>
    </w:p>
    <w:sectPr w:rsidR="007A6244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30B45" w14:textId="77777777" w:rsidR="00220C06" w:rsidRDefault="00220C06">
      <w:r>
        <w:separator/>
      </w:r>
    </w:p>
  </w:endnote>
  <w:endnote w:type="continuationSeparator" w:id="0">
    <w:p w14:paraId="0477C4F3" w14:textId="77777777" w:rsidR="00220C06" w:rsidRDefault="0022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43554" w14:textId="77777777" w:rsidR="00AD12CE" w:rsidRDefault="00AD12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319F4" w14:textId="09EDA620" w:rsidR="007A6244" w:rsidRDefault="00496E95" w:rsidP="00496E95">
    <w:pPr>
      <w:pStyle w:val="Footer"/>
      <w:tabs>
        <w:tab w:val="clear" w:pos="9360"/>
        <w:tab w:val="left" w:pos="5553"/>
      </w:tabs>
      <w:rPr>
        <w:color w:val="595959"/>
      </w:rPr>
    </w:pPr>
    <w:r>
      <w:rPr>
        <w:color w:val="595959"/>
      </w:rPr>
      <w:t xml:space="preserve">F_A_02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3080B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3080B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ab/>
    </w:r>
  </w:p>
  <w:p w14:paraId="2006EBAA" w14:textId="77777777" w:rsidR="00496E95" w:rsidRPr="00EB6865" w:rsidRDefault="00496E95" w:rsidP="00496E95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Primăria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Municipiului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Giurgiu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este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Operator de Date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Caracter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Personal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în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conformitate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prevederile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art. 6, lit. (c)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și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(e) ale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Regulamentul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UE 679/ 2016.</w:t>
    </w:r>
  </w:p>
  <w:p w14:paraId="7D0ABD23" w14:textId="77777777" w:rsidR="00496E95" w:rsidRDefault="00496E95" w:rsidP="00496E95">
    <w:pPr>
      <w:pStyle w:val="Footer"/>
      <w:tabs>
        <w:tab w:val="clear" w:pos="9360"/>
        <w:tab w:val="left" w:pos="555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AA773" w14:textId="77777777" w:rsidR="00AD12CE" w:rsidRDefault="00AD12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5BF43" w14:textId="77777777" w:rsidR="00220C06" w:rsidRDefault="00220C06">
      <w:r>
        <w:separator/>
      </w:r>
    </w:p>
  </w:footnote>
  <w:footnote w:type="continuationSeparator" w:id="0">
    <w:p w14:paraId="41F5A1A5" w14:textId="77777777" w:rsidR="00220C06" w:rsidRDefault="00220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5A24C" w14:textId="77777777" w:rsidR="00AD12CE" w:rsidRDefault="00AD12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33384" w14:textId="77777777" w:rsidR="00AD12CE" w:rsidRDefault="00AD12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F169F" w14:textId="77777777" w:rsidR="00AD12CE" w:rsidRDefault="00AD12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20C06"/>
    <w:rsid w:val="0029639D"/>
    <w:rsid w:val="00326F90"/>
    <w:rsid w:val="00496E95"/>
    <w:rsid w:val="006C103E"/>
    <w:rsid w:val="007A6244"/>
    <w:rsid w:val="007F2503"/>
    <w:rsid w:val="009C5408"/>
    <w:rsid w:val="009D5BC3"/>
    <w:rsid w:val="00AA1D8D"/>
    <w:rsid w:val="00AD12CE"/>
    <w:rsid w:val="00B47730"/>
    <w:rsid w:val="00CB0664"/>
    <w:rsid w:val="00D21BCF"/>
    <w:rsid w:val="00E3080B"/>
    <w:rsid w:val="00E61A6B"/>
    <w:rsid w:val="00F816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27A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96E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E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6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96E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E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6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2C4C51-0D9D-40E9-863D-6BC133D7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CRISTINA URBANISM</cp:lastModifiedBy>
  <cp:revision>5</cp:revision>
  <cp:lastPrinted>2026-09-01T05:50:00Z</cp:lastPrinted>
  <dcterms:created xsi:type="dcterms:W3CDTF">2026-08-31T07:14:00Z</dcterms:created>
  <dcterms:modified xsi:type="dcterms:W3CDTF">2026-09-01T05:50:00Z</dcterms:modified>
</cp:coreProperties>
</file>