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A2F39" w14:textId="77777777" w:rsidR="00D06E85" w:rsidRDefault="00C704E0">
      <w:pPr>
        <w:spacing w:after="160"/>
        <w:jc w:val="both"/>
      </w:pPr>
      <w:bookmarkStart w:id="0" w:name="_GoBack"/>
      <w:bookmarkEnd w:id="0"/>
      <w:r>
        <w:rPr>
          <w:b/>
          <w:sz w:val="17"/>
        </w:rPr>
        <w:t>Declarația pe propria răspundere care se depune conform prevederilor art. 93 alin. (4), art. 262 alin. (1) lit. m) și art. 269 alin. (16) din Legea nr. 169/2026 privind Codul Amenajării Teritoriului, Urbanismului și Construcțiilor</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D06E85" w14:paraId="47D28C4E" w14:textId="77777777">
        <w:trPr>
          <w:cantSplit/>
          <w:trHeight w:val="510"/>
        </w:trPr>
        <w:tc>
          <w:tcPr>
            <w:tcW w:w="1606" w:type="dxa"/>
            <w:vMerge w:val="restart"/>
            <w:vAlign w:val="center"/>
          </w:tcPr>
          <w:p w14:paraId="08929333" w14:textId="209286D8" w:rsidR="00D06E85" w:rsidRDefault="00481745">
            <w:pPr>
              <w:keepNext/>
              <w:jc w:val="center"/>
            </w:pPr>
            <w:r>
              <w:rPr>
                <w:rFonts w:ascii="Arial Narrow" w:hAnsi="Arial Narrow"/>
                <w:noProof/>
              </w:rPr>
              <w:drawing>
                <wp:inline distT="0" distB="0" distL="0" distR="0" wp14:anchorId="304BBD53" wp14:editId="64AADD1C">
                  <wp:extent cx="997085" cy="1116314"/>
                  <wp:effectExtent l="0" t="0" r="0" b="8255"/>
                  <wp:docPr id="1" name="Picture 1" descr="[2020-01-07] ant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1-07] antet-3"/>
                          <pic:cNvPicPr>
                            <a:picLocks noChangeAspect="1" noChangeArrowheads="1"/>
                          </pic:cNvPicPr>
                        </pic:nvPicPr>
                        <pic:blipFill>
                          <a:blip r:embed="rId9" cstate="print">
                            <a:extLst>
                              <a:ext uri="{28A0092B-C50C-407E-A947-70E740481C1C}">
                                <a14:useLocalDpi xmlns:a14="http://schemas.microsoft.com/office/drawing/2010/main" val="0"/>
                              </a:ext>
                            </a:extLst>
                          </a:blip>
                          <a:srcRect l="3583" r="80997" b="16429"/>
                          <a:stretch>
                            <a:fillRect/>
                          </a:stretch>
                        </pic:blipFill>
                        <pic:spPr bwMode="auto">
                          <a:xfrm>
                            <a:off x="0" y="0"/>
                            <a:ext cx="998233" cy="1117600"/>
                          </a:xfrm>
                          <a:prstGeom prst="rect">
                            <a:avLst/>
                          </a:prstGeom>
                          <a:noFill/>
                          <a:ln>
                            <a:noFill/>
                          </a:ln>
                        </pic:spPr>
                      </pic:pic>
                    </a:graphicData>
                  </a:graphic>
                </wp:inline>
              </w:drawing>
            </w:r>
          </w:p>
        </w:tc>
        <w:tc>
          <w:tcPr>
            <w:tcW w:w="8030" w:type="dxa"/>
            <w:gridSpan w:val="3"/>
            <w:shd w:val="clear" w:color="auto" w:fill="F0F0F0"/>
          </w:tcPr>
          <w:p w14:paraId="47A8EF5A" w14:textId="77777777" w:rsidR="00481745" w:rsidRDefault="00481745" w:rsidP="00481745">
            <w:pPr>
              <w:keepNext/>
            </w:pPr>
            <w:r>
              <w:rPr>
                <w:b/>
                <w:color w:val="0D5F78"/>
              </w:rPr>
              <w:t xml:space="preserve">Județul </w:t>
            </w:r>
            <w:r w:rsidRPr="00350943">
              <w:rPr>
                <w:rFonts w:cs="Times New Roman"/>
                <w:b/>
                <w:bCs/>
                <w:color w:val="31849B" w:themeColor="accent5" w:themeShade="BF"/>
                <w:sz w:val="20"/>
                <w:szCs w:val="20"/>
              </w:rPr>
              <w:t>GIURGIU</w:t>
            </w:r>
          </w:p>
          <w:p w14:paraId="14096774" w14:textId="77777777" w:rsidR="00D06E85" w:rsidRDefault="00D06E85">
            <w:pPr>
              <w:keepNext/>
            </w:pPr>
          </w:p>
        </w:tc>
      </w:tr>
      <w:tr w:rsidR="00D06E85" w14:paraId="31B4FF20" w14:textId="77777777">
        <w:trPr>
          <w:cantSplit/>
          <w:trHeight w:val="510"/>
        </w:trPr>
        <w:tc>
          <w:tcPr>
            <w:tcW w:w="1606" w:type="dxa"/>
            <w:vMerge/>
          </w:tcPr>
          <w:p w14:paraId="735D6AE5" w14:textId="77777777" w:rsidR="00D06E85" w:rsidRDefault="00D06E85"/>
        </w:tc>
        <w:tc>
          <w:tcPr>
            <w:tcW w:w="8030" w:type="dxa"/>
            <w:gridSpan w:val="3"/>
            <w:shd w:val="clear" w:color="auto" w:fill="F0F0F0"/>
          </w:tcPr>
          <w:p w14:paraId="61DAB5DF" w14:textId="283DF5F3" w:rsidR="00D06E85" w:rsidRDefault="00481745">
            <w:pPr>
              <w:keepNext/>
            </w:pPr>
            <w:r w:rsidRPr="000E0021">
              <w:rPr>
                <w:rFonts w:cs="Times New Roman"/>
                <w:b/>
                <w:bCs/>
                <w:color w:val="31849B" w:themeColor="accent5" w:themeShade="BF"/>
                <w:sz w:val="20"/>
                <w:szCs w:val="20"/>
              </w:rPr>
              <w:t xml:space="preserve">Primăria Municipiului </w:t>
            </w:r>
            <w:r>
              <w:rPr>
                <w:rFonts w:cs="Times New Roman"/>
                <w:b/>
                <w:bCs/>
                <w:color w:val="31849B" w:themeColor="accent5" w:themeShade="BF"/>
                <w:sz w:val="20"/>
                <w:szCs w:val="20"/>
              </w:rPr>
              <w:t>GIURGIU</w:t>
            </w:r>
          </w:p>
          <w:p w14:paraId="1E800E65" w14:textId="77777777" w:rsidR="00D06E85" w:rsidRDefault="00D06E85">
            <w:pPr>
              <w:keepNext/>
            </w:pPr>
          </w:p>
        </w:tc>
      </w:tr>
      <w:tr w:rsidR="00481745" w14:paraId="6CF307AE" w14:textId="77777777">
        <w:trPr>
          <w:cantSplit/>
          <w:trHeight w:val="510"/>
        </w:trPr>
        <w:tc>
          <w:tcPr>
            <w:tcW w:w="1606" w:type="dxa"/>
            <w:vMerge/>
          </w:tcPr>
          <w:p w14:paraId="07AC3E94" w14:textId="77777777" w:rsidR="00481745" w:rsidRDefault="00481745"/>
        </w:tc>
        <w:tc>
          <w:tcPr>
            <w:tcW w:w="2409" w:type="dxa"/>
            <w:shd w:val="clear" w:color="auto" w:fill="F0F0F0"/>
          </w:tcPr>
          <w:p w14:paraId="0DA9692C" w14:textId="77777777" w:rsidR="00481745" w:rsidRPr="00F801F2" w:rsidRDefault="00481745" w:rsidP="00481745">
            <w:pPr>
              <w:keepNext/>
              <w:rPr>
                <w:lang w:val="fr-FR"/>
              </w:rPr>
            </w:pPr>
            <w:r>
              <w:rPr>
                <w:b/>
                <w:color w:val="0D5F78"/>
                <w:lang w:val="fr-FR"/>
              </w:rPr>
              <w:t xml:space="preserve">Cod de identificare fiscală </w:t>
            </w:r>
          </w:p>
          <w:p w14:paraId="1513B3BE" w14:textId="3734752E" w:rsidR="00481745" w:rsidRPr="00F146C8" w:rsidRDefault="00481745" w:rsidP="00481745">
            <w:pPr>
              <w:keepNext/>
              <w:rPr>
                <w:lang w:val="fr-FR"/>
              </w:rPr>
            </w:pPr>
            <w:r w:rsidRPr="00CA102A">
              <w:rPr>
                <w:rFonts w:cs="Times New Roman"/>
                <w:b/>
                <w:bCs/>
                <w:color w:val="31849B" w:themeColor="accent5" w:themeShade="BF"/>
                <w:sz w:val="16"/>
                <w:szCs w:val="16"/>
              </w:rPr>
              <w:t>(CIF):</w:t>
            </w:r>
            <w:r w:rsidRPr="00CA102A">
              <w:rPr>
                <w:rFonts w:cs="Times New Roman"/>
                <w:color w:val="31849B" w:themeColor="accent5" w:themeShade="BF"/>
                <w:sz w:val="16"/>
                <w:szCs w:val="16"/>
              </w:rPr>
              <w:t xml:space="preserve"> </w:t>
            </w:r>
            <w:r w:rsidRPr="00CA102A">
              <w:rPr>
                <w:rFonts w:cs="Times New Roman"/>
                <w:sz w:val="16"/>
                <w:szCs w:val="16"/>
              </w:rPr>
              <w:t>4852455</w:t>
            </w:r>
          </w:p>
        </w:tc>
        <w:tc>
          <w:tcPr>
            <w:tcW w:w="5621" w:type="dxa"/>
            <w:gridSpan w:val="2"/>
            <w:shd w:val="clear" w:color="auto" w:fill="F0F0F0"/>
          </w:tcPr>
          <w:p w14:paraId="0D9854A0" w14:textId="77777777" w:rsidR="00481745" w:rsidRDefault="00481745" w:rsidP="00AF51E8">
            <w:pPr>
              <w:keepNext/>
            </w:pPr>
            <w:r>
              <w:rPr>
                <w:b/>
                <w:color w:val="0D5F78"/>
              </w:rPr>
              <w:t>Adresa oficială</w:t>
            </w:r>
          </w:p>
          <w:p w14:paraId="0E80596B" w14:textId="27F33965" w:rsidR="00481745" w:rsidRDefault="00481745">
            <w:pPr>
              <w:keepNext/>
            </w:pPr>
            <w:r w:rsidRPr="00CA102A">
              <w:rPr>
                <w:rFonts w:cs="Times New Roman"/>
                <w:sz w:val="16"/>
                <w:szCs w:val="16"/>
              </w:rPr>
              <w:t>Bd. București, nr. 49-51, Giurgiu, Județul Giurgiu, România</w:t>
            </w:r>
            <w:r w:rsidRPr="00CA102A">
              <w:rPr>
                <w:rFonts w:cs="Times New Roman"/>
                <w:sz w:val="16"/>
                <w:szCs w:val="16"/>
              </w:rPr>
              <w:br/>
            </w:r>
            <w:r w:rsidRPr="00CA102A">
              <w:rPr>
                <w:rFonts w:cs="Times New Roman"/>
                <w:sz w:val="16"/>
                <w:szCs w:val="16"/>
              </w:rPr>
              <w:tab/>
              <w:t>Tel: +40 / 246 213 588</w:t>
            </w:r>
            <w:r w:rsidRPr="00CA102A">
              <w:rPr>
                <w:rFonts w:cs="Times New Roman"/>
                <w:sz w:val="16"/>
                <w:szCs w:val="16"/>
              </w:rPr>
              <w:tab/>
              <w:t>Fax: +40 / 246 215 405</w:t>
            </w:r>
            <w:r w:rsidRPr="00CA102A">
              <w:rPr>
                <w:rFonts w:cs="Times New Roman"/>
                <w:sz w:val="16"/>
                <w:szCs w:val="16"/>
              </w:rPr>
              <w:br/>
            </w:r>
            <w:r w:rsidRPr="00CA102A">
              <w:rPr>
                <w:rFonts w:cs="Times New Roman"/>
                <w:sz w:val="16"/>
                <w:szCs w:val="16"/>
              </w:rPr>
              <w:tab/>
              <w:t xml:space="preserve">e-mail: </w:t>
            </w:r>
            <w:hyperlink r:id="rId10" w:history="1">
              <w:r w:rsidRPr="00CA102A">
                <w:rPr>
                  <w:rStyle w:val="Hyperlink"/>
                  <w:rFonts w:cs="Times New Roman"/>
                  <w:sz w:val="16"/>
                  <w:szCs w:val="16"/>
                </w:rPr>
                <w:t>primarie@primariagiurgiu.ro</w:t>
              </w:r>
            </w:hyperlink>
          </w:p>
        </w:tc>
      </w:tr>
      <w:tr w:rsidR="00481745" w14:paraId="3E110D62" w14:textId="77777777">
        <w:trPr>
          <w:cantSplit/>
          <w:trHeight w:val="510"/>
        </w:trPr>
        <w:tc>
          <w:tcPr>
            <w:tcW w:w="1606" w:type="dxa"/>
            <w:vMerge/>
          </w:tcPr>
          <w:p w14:paraId="427A85B0" w14:textId="77777777" w:rsidR="00481745" w:rsidRDefault="00481745"/>
        </w:tc>
        <w:tc>
          <w:tcPr>
            <w:tcW w:w="4818" w:type="dxa"/>
            <w:gridSpan w:val="2"/>
            <w:shd w:val="clear" w:color="auto" w:fill="F0F0F0"/>
          </w:tcPr>
          <w:p w14:paraId="716784EE" w14:textId="77777777" w:rsidR="00481745" w:rsidRDefault="00481745">
            <w:pPr>
              <w:keepNext/>
            </w:pPr>
            <w:r>
              <w:rPr>
                <w:b/>
                <w:color w:val="0D5F78"/>
              </w:rPr>
              <w:t>Număr / dată înregistrare beneficiar</w:t>
            </w:r>
          </w:p>
          <w:p w14:paraId="2B63900E" w14:textId="77777777" w:rsidR="00481745" w:rsidRDefault="00481745">
            <w:pPr>
              <w:keepNext/>
            </w:pPr>
          </w:p>
        </w:tc>
        <w:tc>
          <w:tcPr>
            <w:tcW w:w="3212" w:type="dxa"/>
            <w:shd w:val="clear" w:color="auto" w:fill="F0F0F0"/>
          </w:tcPr>
          <w:p w14:paraId="259A2AA6" w14:textId="77777777" w:rsidR="00481745" w:rsidRDefault="00481745">
            <w:pPr>
              <w:keepNext/>
            </w:pPr>
            <w:r>
              <w:rPr>
                <w:b/>
                <w:color w:val="0D5F78"/>
              </w:rPr>
              <w:t>Număr / dată înregistrare la UAT</w:t>
            </w:r>
          </w:p>
          <w:p w14:paraId="2662F9AC" w14:textId="77777777" w:rsidR="00481745" w:rsidRDefault="00481745">
            <w:pPr>
              <w:keepNext/>
            </w:pPr>
          </w:p>
        </w:tc>
      </w:tr>
    </w:tbl>
    <w:p w14:paraId="7EFB48B9" w14:textId="77777777" w:rsidR="00D06E85" w:rsidRPr="00F146C8" w:rsidRDefault="00D06E85">
      <w:pPr>
        <w:spacing w:line="168" w:lineRule="auto"/>
        <w:rPr>
          <w:lang w:val="fr-FR"/>
        </w:rPr>
      </w:pPr>
    </w:p>
    <w:p w14:paraId="0921EF5A" w14:textId="77777777" w:rsidR="00D06E85" w:rsidRPr="00B23FEC" w:rsidRDefault="00C704E0">
      <w:pPr>
        <w:spacing w:before="140" w:after="40"/>
        <w:jc w:val="center"/>
        <w:rPr>
          <w:sz w:val="28"/>
          <w:szCs w:val="28"/>
          <w:lang w:val="fr-FR"/>
        </w:rPr>
      </w:pPr>
      <w:r w:rsidRPr="00B23FEC">
        <w:rPr>
          <w:b/>
          <w:sz w:val="28"/>
          <w:szCs w:val="28"/>
          <w:lang w:val="fr-FR"/>
        </w:rPr>
        <w:t>DECLARAȚIE PE PROPRIA RĂSPUNDERE</w:t>
      </w:r>
    </w:p>
    <w:p w14:paraId="75E7F2D5" w14:textId="77777777" w:rsidR="00D06E85" w:rsidRPr="00F146C8" w:rsidRDefault="00C704E0">
      <w:pPr>
        <w:spacing w:after="120"/>
        <w:jc w:val="center"/>
        <w:rPr>
          <w:lang w:val="fr-FR"/>
        </w:rPr>
      </w:pPr>
      <w:r w:rsidRPr="00F146C8">
        <w:rPr>
          <w:sz w:val="19"/>
          <w:lang w:val="fr-FR"/>
        </w:rPr>
        <w:t>prin care beneficiarul declară că nu a fost primită solicitarea de clarificare, completare sau modificare, nu a fost eliberat aviz / acord cu sau fără condiții ori nu a fost eliberată adresa de respingere</w:t>
      </w:r>
    </w:p>
    <w:p w14:paraId="5E5BDCD9" w14:textId="77777777" w:rsidR="00D06E85" w:rsidRPr="00F146C8" w:rsidRDefault="00D06E85">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D06E85" w14:paraId="44775F42" w14:textId="77777777">
        <w:trPr>
          <w:cantSplit/>
        </w:trPr>
        <w:tc>
          <w:tcPr>
            <w:tcW w:w="9636" w:type="dxa"/>
            <w:gridSpan w:val="8"/>
            <w:shd w:val="clear" w:color="auto" w:fill="F4F4F4"/>
          </w:tcPr>
          <w:p w14:paraId="05345A43" w14:textId="77777777" w:rsidR="00D06E85" w:rsidRDefault="00C704E0">
            <w:pPr>
              <w:keepNext/>
            </w:pPr>
            <w:r w:rsidRPr="00F146C8">
              <w:rPr>
                <w:b/>
                <w:sz w:val="16"/>
                <w:lang w:val="fr-FR"/>
              </w:rPr>
              <w:t xml:space="preserve"> </w:t>
            </w:r>
            <w:r>
              <w:rPr>
                <w:b/>
                <w:sz w:val="16"/>
              </w:rPr>
              <w:t xml:space="preserve">1. </w:t>
            </w:r>
            <w:r>
              <w:rPr>
                <w:b/>
                <w:color w:val="000000"/>
                <w:sz w:val="18"/>
              </w:rPr>
              <w:t>SOLICITANTUL</w:t>
            </w:r>
          </w:p>
        </w:tc>
      </w:tr>
      <w:tr w:rsidR="00D06E85" w14:paraId="06D2332C" w14:textId="77777777">
        <w:trPr>
          <w:cantSplit/>
          <w:trHeight w:val="510"/>
        </w:trPr>
        <w:tc>
          <w:tcPr>
            <w:tcW w:w="5621" w:type="dxa"/>
            <w:gridSpan w:val="5"/>
          </w:tcPr>
          <w:p w14:paraId="328E332E" w14:textId="77777777" w:rsidR="00D06E85" w:rsidRDefault="00C704E0">
            <w:pPr>
              <w:keepNext/>
            </w:pPr>
            <w:r>
              <w:rPr>
                <w:b/>
                <w:color w:val="0D5F78"/>
              </w:rPr>
              <w:t>Nume și prenume</w:t>
            </w:r>
          </w:p>
          <w:p w14:paraId="144E3B23" w14:textId="77777777" w:rsidR="00D06E85" w:rsidRDefault="00D06E85">
            <w:pPr>
              <w:keepNext/>
            </w:pPr>
          </w:p>
        </w:tc>
        <w:tc>
          <w:tcPr>
            <w:tcW w:w="4015" w:type="dxa"/>
            <w:gridSpan w:val="3"/>
          </w:tcPr>
          <w:p w14:paraId="183F75E0" w14:textId="77777777" w:rsidR="00D06E85" w:rsidRDefault="00C704E0">
            <w:pPr>
              <w:keepNext/>
            </w:pPr>
            <w:r>
              <w:rPr>
                <w:b/>
                <w:color w:val="0D5F78"/>
              </w:rPr>
              <w:t>CNP</w:t>
            </w:r>
          </w:p>
          <w:p w14:paraId="5599C2C7" w14:textId="77777777" w:rsidR="00D06E85" w:rsidRDefault="00D06E85">
            <w:pPr>
              <w:keepNext/>
            </w:pPr>
          </w:p>
        </w:tc>
      </w:tr>
      <w:tr w:rsidR="00D06E85" w14:paraId="6835908B" w14:textId="77777777">
        <w:trPr>
          <w:cantSplit/>
        </w:trPr>
        <w:tc>
          <w:tcPr>
            <w:tcW w:w="9636" w:type="dxa"/>
            <w:gridSpan w:val="8"/>
            <w:shd w:val="clear" w:color="auto" w:fill="F4F4F4"/>
          </w:tcPr>
          <w:p w14:paraId="4901E185" w14:textId="77777777" w:rsidR="00D06E85" w:rsidRDefault="00C704E0">
            <w:pPr>
              <w:keepNext/>
            </w:pPr>
            <w:r>
              <w:rPr>
                <w:sz w:val="16"/>
              </w:rPr>
              <w:t xml:space="preserve"> Act de identitate</w:t>
            </w:r>
          </w:p>
        </w:tc>
      </w:tr>
      <w:tr w:rsidR="00D06E85" w14:paraId="2089818C" w14:textId="77777777">
        <w:trPr>
          <w:cantSplit/>
          <w:trHeight w:val="510"/>
        </w:trPr>
        <w:tc>
          <w:tcPr>
            <w:tcW w:w="1606" w:type="dxa"/>
          </w:tcPr>
          <w:p w14:paraId="69F70D8B" w14:textId="77777777" w:rsidR="00D06E85" w:rsidRDefault="00C704E0">
            <w:pPr>
              <w:keepNext/>
            </w:pPr>
            <w:r>
              <w:rPr>
                <w:b/>
                <w:color w:val="0D5F78"/>
              </w:rPr>
              <w:t>Seria</w:t>
            </w:r>
          </w:p>
          <w:p w14:paraId="45CF80A9" w14:textId="77777777" w:rsidR="00D06E85" w:rsidRDefault="00D06E85">
            <w:pPr>
              <w:keepNext/>
            </w:pPr>
          </w:p>
        </w:tc>
        <w:tc>
          <w:tcPr>
            <w:tcW w:w="1606" w:type="dxa"/>
          </w:tcPr>
          <w:p w14:paraId="4487B434" w14:textId="77777777" w:rsidR="00D06E85" w:rsidRDefault="00C704E0">
            <w:pPr>
              <w:keepNext/>
            </w:pPr>
            <w:r>
              <w:rPr>
                <w:b/>
                <w:color w:val="0D5F78"/>
              </w:rPr>
              <w:t>Numărul</w:t>
            </w:r>
          </w:p>
          <w:p w14:paraId="2518FC72" w14:textId="77777777" w:rsidR="00D06E85" w:rsidRDefault="00D06E85">
            <w:pPr>
              <w:keepNext/>
            </w:pPr>
          </w:p>
        </w:tc>
        <w:tc>
          <w:tcPr>
            <w:tcW w:w="4818" w:type="dxa"/>
            <w:gridSpan w:val="5"/>
          </w:tcPr>
          <w:p w14:paraId="4A9954D1" w14:textId="77777777" w:rsidR="00D06E85" w:rsidRDefault="00C704E0">
            <w:pPr>
              <w:keepNext/>
            </w:pPr>
            <w:r>
              <w:rPr>
                <w:b/>
                <w:color w:val="0D5F78"/>
              </w:rPr>
              <w:t>Eliberat de</w:t>
            </w:r>
          </w:p>
          <w:p w14:paraId="7757A0A0" w14:textId="77777777" w:rsidR="00D06E85" w:rsidRDefault="00D06E85">
            <w:pPr>
              <w:keepNext/>
            </w:pPr>
          </w:p>
        </w:tc>
        <w:tc>
          <w:tcPr>
            <w:tcW w:w="1606" w:type="dxa"/>
          </w:tcPr>
          <w:p w14:paraId="77BA1DFF" w14:textId="77777777" w:rsidR="00D06E85" w:rsidRDefault="00C704E0">
            <w:pPr>
              <w:keepNext/>
            </w:pPr>
            <w:r>
              <w:rPr>
                <w:b/>
                <w:color w:val="0D5F78"/>
              </w:rPr>
              <w:t>La data</w:t>
            </w:r>
          </w:p>
          <w:p w14:paraId="3A1DB3DA" w14:textId="77777777" w:rsidR="00D06E85" w:rsidRDefault="00D06E85">
            <w:pPr>
              <w:keepNext/>
            </w:pPr>
          </w:p>
        </w:tc>
      </w:tr>
      <w:tr w:rsidR="00D06E85" w14:paraId="476B3C3F" w14:textId="77777777">
        <w:trPr>
          <w:cantSplit/>
        </w:trPr>
        <w:tc>
          <w:tcPr>
            <w:tcW w:w="9636" w:type="dxa"/>
            <w:gridSpan w:val="8"/>
            <w:shd w:val="clear" w:color="auto" w:fill="F4F4F4"/>
          </w:tcPr>
          <w:p w14:paraId="563B990C" w14:textId="77777777" w:rsidR="00D06E85" w:rsidRDefault="00C704E0">
            <w:pPr>
              <w:keepNext/>
            </w:pPr>
            <w:r>
              <w:rPr>
                <w:sz w:val="16"/>
              </w:rPr>
              <w:t xml:space="preserve"> Domiciliul</w:t>
            </w:r>
          </w:p>
        </w:tc>
      </w:tr>
      <w:tr w:rsidR="00D06E85" w14:paraId="32FD11E2" w14:textId="77777777">
        <w:trPr>
          <w:cantSplit/>
          <w:trHeight w:val="510"/>
        </w:trPr>
        <w:tc>
          <w:tcPr>
            <w:tcW w:w="3212" w:type="dxa"/>
            <w:gridSpan w:val="2"/>
          </w:tcPr>
          <w:p w14:paraId="77F32363" w14:textId="77777777" w:rsidR="00D06E85" w:rsidRDefault="00C704E0">
            <w:pPr>
              <w:keepNext/>
            </w:pPr>
            <w:r>
              <w:rPr>
                <w:b/>
                <w:color w:val="0D5F78"/>
              </w:rPr>
              <w:t>Județul</w:t>
            </w:r>
          </w:p>
          <w:p w14:paraId="45A17963" w14:textId="77777777" w:rsidR="00D06E85" w:rsidRDefault="00D06E85">
            <w:pPr>
              <w:keepNext/>
            </w:pPr>
          </w:p>
        </w:tc>
        <w:tc>
          <w:tcPr>
            <w:tcW w:w="3212" w:type="dxa"/>
            <w:gridSpan w:val="4"/>
          </w:tcPr>
          <w:p w14:paraId="5EBA9E82" w14:textId="77777777" w:rsidR="00D06E85" w:rsidRDefault="00C704E0">
            <w:pPr>
              <w:keepNext/>
            </w:pPr>
            <w:r>
              <w:rPr>
                <w:b/>
                <w:color w:val="0D5F78"/>
              </w:rPr>
              <w:t>Municipiul / orașul / comuna</w:t>
            </w:r>
          </w:p>
          <w:p w14:paraId="385FCF5F" w14:textId="77777777" w:rsidR="00D06E85" w:rsidRDefault="00D06E85">
            <w:pPr>
              <w:keepNext/>
            </w:pPr>
          </w:p>
        </w:tc>
        <w:tc>
          <w:tcPr>
            <w:tcW w:w="3212" w:type="dxa"/>
            <w:gridSpan w:val="2"/>
          </w:tcPr>
          <w:p w14:paraId="4EA349CD" w14:textId="77777777" w:rsidR="00D06E85" w:rsidRDefault="00C704E0">
            <w:pPr>
              <w:keepNext/>
            </w:pPr>
            <w:r>
              <w:rPr>
                <w:b/>
                <w:color w:val="0D5F78"/>
              </w:rPr>
              <w:t>Satul / sectorul</w:t>
            </w:r>
          </w:p>
          <w:p w14:paraId="69531297" w14:textId="77777777" w:rsidR="00D06E85" w:rsidRDefault="00D06E85">
            <w:pPr>
              <w:keepNext/>
            </w:pPr>
          </w:p>
        </w:tc>
      </w:tr>
      <w:tr w:rsidR="00D06E85" w14:paraId="40AD136B" w14:textId="77777777">
        <w:trPr>
          <w:cantSplit/>
          <w:trHeight w:val="510"/>
        </w:trPr>
        <w:tc>
          <w:tcPr>
            <w:tcW w:w="3212" w:type="dxa"/>
            <w:gridSpan w:val="2"/>
          </w:tcPr>
          <w:p w14:paraId="31A3DB93" w14:textId="77777777" w:rsidR="00D06E85" w:rsidRDefault="00C704E0">
            <w:pPr>
              <w:keepNext/>
            </w:pPr>
            <w:r>
              <w:rPr>
                <w:b/>
                <w:color w:val="0D5F78"/>
              </w:rPr>
              <w:t>Strada</w:t>
            </w:r>
          </w:p>
          <w:p w14:paraId="762B7363" w14:textId="77777777" w:rsidR="00D06E85" w:rsidRDefault="00D06E85">
            <w:pPr>
              <w:keepNext/>
            </w:pPr>
          </w:p>
        </w:tc>
        <w:tc>
          <w:tcPr>
            <w:tcW w:w="803" w:type="dxa"/>
          </w:tcPr>
          <w:p w14:paraId="7BF686C3" w14:textId="77777777" w:rsidR="00D06E85" w:rsidRDefault="00C704E0">
            <w:pPr>
              <w:keepNext/>
            </w:pPr>
            <w:r>
              <w:rPr>
                <w:b/>
                <w:color w:val="0D5F78"/>
              </w:rPr>
              <w:t>Nr.</w:t>
            </w:r>
          </w:p>
          <w:p w14:paraId="3B9CD2F6" w14:textId="77777777" w:rsidR="00D06E85" w:rsidRDefault="00D06E85">
            <w:pPr>
              <w:keepNext/>
            </w:pPr>
          </w:p>
        </w:tc>
        <w:tc>
          <w:tcPr>
            <w:tcW w:w="803" w:type="dxa"/>
          </w:tcPr>
          <w:p w14:paraId="0A560568" w14:textId="77777777" w:rsidR="00D06E85" w:rsidRDefault="00C704E0">
            <w:pPr>
              <w:keepNext/>
            </w:pPr>
            <w:r>
              <w:rPr>
                <w:b/>
                <w:color w:val="0D5F78"/>
              </w:rPr>
              <w:t>Sc.</w:t>
            </w:r>
          </w:p>
          <w:p w14:paraId="211A18B0" w14:textId="77777777" w:rsidR="00D06E85" w:rsidRDefault="00D06E85">
            <w:pPr>
              <w:keepNext/>
            </w:pPr>
          </w:p>
        </w:tc>
        <w:tc>
          <w:tcPr>
            <w:tcW w:w="803" w:type="dxa"/>
          </w:tcPr>
          <w:p w14:paraId="0131CA5E" w14:textId="77777777" w:rsidR="00D06E85" w:rsidRDefault="00C704E0">
            <w:pPr>
              <w:keepNext/>
            </w:pPr>
            <w:r>
              <w:rPr>
                <w:b/>
                <w:color w:val="0D5F78"/>
              </w:rPr>
              <w:t>Et.</w:t>
            </w:r>
          </w:p>
          <w:p w14:paraId="6E2D34FD" w14:textId="77777777" w:rsidR="00D06E85" w:rsidRDefault="00D06E85">
            <w:pPr>
              <w:keepNext/>
            </w:pPr>
          </w:p>
        </w:tc>
        <w:tc>
          <w:tcPr>
            <w:tcW w:w="803" w:type="dxa"/>
          </w:tcPr>
          <w:p w14:paraId="5756BAA2" w14:textId="77777777" w:rsidR="00D06E85" w:rsidRDefault="00C704E0">
            <w:pPr>
              <w:keepNext/>
            </w:pPr>
            <w:r>
              <w:rPr>
                <w:b/>
                <w:color w:val="0D5F78"/>
              </w:rPr>
              <w:t>Ap.</w:t>
            </w:r>
          </w:p>
          <w:p w14:paraId="3542AD72" w14:textId="77777777" w:rsidR="00D06E85" w:rsidRDefault="00D06E85">
            <w:pPr>
              <w:keepNext/>
            </w:pPr>
          </w:p>
        </w:tc>
        <w:tc>
          <w:tcPr>
            <w:tcW w:w="1606" w:type="dxa"/>
          </w:tcPr>
          <w:p w14:paraId="5A04CB06" w14:textId="77777777" w:rsidR="00D06E85" w:rsidRDefault="00C704E0">
            <w:pPr>
              <w:keepNext/>
            </w:pPr>
            <w:r>
              <w:rPr>
                <w:b/>
                <w:color w:val="0D5F78"/>
              </w:rPr>
              <w:t>Cod poștal</w:t>
            </w:r>
          </w:p>
          <w:p w14:paraId="04ED9281" w14:textId="77777777" w:rsidR="00D06E85" w:rsidRDefault="00D06E85">
            <w:pPr>
              <w:keepNext/>
            </w:pPr>
          </w:p>
        </w:tc>
        <w:tc>
          <w:tcPr>
            <w:tcW w:w="1606" w:type="dxa"/>
          </w:tcPr>
          <w:p w14:paraId="291A12DE" w14:textId="77777777" w:rsidR="00D06E85" w:rsidRDefault="00C704E0">
            <w:pPr>
              <w:keepNext/>
            </w:pPr>
            <w:r>
              <w:rPr>
                <w:b/>
                <w:color w:val="0D5F78"/>
              </w:rPr>
              <w:t>Țara</w:t>
            </w:r>
          </w:p>
          <w:p w14:paraId="6852845F" w14:textId="77777777" w:rsidR="00D06E85" w:rsidRDefault="00D06E85">
            <w:pPr>
              <w:keepNext/>
            </w:pPr>
          </w:p>
        </w:tc>
      </w:tr>
      <w:tr w:rsidR="00D06E85" w14:paraId="78C42C4E" w14:textId="77777777">
        <w:trPr>
          <w:cantSplit/>
        </w:trPr>
        <w:tc>
          <w:tcPr>
            <w:tcW w:w="9636" w:type="dxa"/>
            <w:gridSpan w:val="8"/>
            <w:shd w:val="clear" w:color="auto" w:fill="F4F4F4"/>
          </w:tcPr>
          <w:p w14:paraId="4ACEC0B8" w14:textId="77777777" w:rsidR="00D06E85" w:rsidRDefault="00C704E0">
            <w:pPr>
              <w:keepNext/>
            </w:pPr>
            <w:r>
              <w:rPr>
                <w:sz w:val="16"/>
              </w:rPr>
              <w:t xml:space="preserve"> Date de contact</w:t>
            </w:r>
          </w:p>
        </w:tc>
      </w:tr>
      <w:tr w:rsidR="00D06E85" w14:paraId="2308D8C4" w14:textId="77777777">
        <w:trPr>
          <w:cantSplit/>
          <w:trHeight w:val="510"/>
        </w:trPr>
        <w:tc>
          <w:tcPr>
            <w:tcW w:w="4015" w:type="dxa"/>
            <w:gridSpan w:val="3"/>
          </w:tcPr>
          <w:p w14:paraId="18E4A7E5" w14:textId="77777777" w:rsidR="00D06E85" w:rsidRDefault="00C704E0">
            <w:pPr>
              <w:keepNext/>
            </w:pPr>
            <w:r>
              <w:rPr>
                <w:b/>
                <w:color w:val="0D5F78"/>
              </w:rPr>
              <w:t>Telefon / fax</w:t>
            </w:r>
          </w:p>
          <w:p w14:paraId="1709C3E7" w14:textId="77777777" w:rsidR="00D06E85" w:rsidRDefault="00D06E85">
            <w:pPr>
              <w:keepNext/>
            </w:pPr>
          </w:p>
        </w:tc>
        <w:tc>
          <w:tcPr>
            <w:tcW w:w="5621" w:type="dxa"/>
            <w:gridSpan w:val="5"/>
          </w:tcPr>
          <w:p w14:paraId="6CAD21DF" w14:textId="77777777" w:rsidR="00D06E85" w:rsidRDefault="00C704E0">
            <w:pPr>
              <w:keepNext/>
            </w:pPr>
            <w:r>
              <w:rPr>
                <w:b/>
                <w:color w:val="0D5F78"/>
              </w:rPr>
              <w:t>E-mail</w:t>
            </w:r>
          </w:p>
          <w:p w14:paraId="48F9679D" w14:textId="77777777" w:rsidR="00D06E85" w:rsidRDefault="00D06E85">
            <w:pPr>
              <w:keepNext/>
            </w:pPr>
          </w:p>
        </w:tc>
      </w:tr>
      <w:tr w:rsidR="00D06E85" w14:paraId="69B024F1" w14:textId="77777777">
        <w:trPr>
          <w:cantSplit/>
        </w:trPr>
        <w:tc>
          <w:tcPr>
            <w:tcW w:w="9636" w:type="dxa"/>
            <w:gridSpan w:val="8"/>
            <w:shd w:val="clear" w:color="auto" w:fill="F4F4F4"/>
          </w:tcPr>
          <w:p w14:paraId="25708BCE" w14:textId="77777777" w:rsidR="00D06E85" w:rsidRDefault="00C704E0">
            <w:pPr>
              <w:keepNext/>
            </w:pPr>
            <w:r>
              <w:rPr>
                <w:sz w:val="16"/>
              </w:rPr>
              <w:t xml:space="preserve"> Reprezentare</w:t>
            </w:r>
          </w:p>
        </w:tc>
      </w:tr>
      <w:tr w:rsidR="00D06E85" w14:paraId="2F1B358E" w14:textId="77777777">
        <w:trPr>
          <w:cantSplit/>
          <w:trHeight w:val="510"/>
        </w:trPr>
        <w:tc>
          <w:tcPr>
            <w:tcW w:w="6424" w:type="dxa"/>
            <w:gridSpan w:val="6"/>
          </w:tcPr>
          <w:p w14:paraId="258619DA" w14:textId="77777777" w:rsidR="00D06E85" w:rsidRDefault="00C704E0">
            <w:r>
              <w:rPr>
                <w:b/>
                <w:color w:val="0D5F78"/>
              </w:rPr>
              <w:t>În calitate de reprezentant al</w:t>
            </w:r>
          </w:p>
          <w:p w14:paraId="249A940B" w14:textId="77777777" w:rsidR="00D06E85" w:rsidRDefault="00D06E85"/>
        </w:tc>
        <w:tc>
          <w:tcPr>
            <w:tcW w:w="3212" w:type="dxa"/>
            <w:gridSpan w:val="2"/>
          </w:tcPr>
          <w:p w14:paraId="592E2749" w14:textId="77777777" w:rsidR="00D06E85" w:rsidRDefault="00C704E0">
            <w:r>
              <w:rPr>
                <w:b/>
                <w:color w:val="0D5F78"/>
              </w:rPr>
              <w:t>CUI / CIF</w:t>
            </w:r>
          </w:p>
          <w:p w14:paraId="5AA60BB0" w14:textId="77777777" w:rsidR="00D06E85" w:rsidRDefault="00D06E85"/>
        </w:tc>
      </w:tr>
    </w:tbl>
    <w:p w14:paraId="41E26187"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D06E85" w14:paraId="184456C5" w14:textId="77777777">
        <w:trPr>
          <w:cantSplit/>
        </w:trPr>
        <w:tc>
          <w:tcPr>
            <w:tcW w:w="9636" w:type="dxa"/>
            <w:gridSpan w:val="7"/>
            <w:shd w:val="clear" w:color="auto" w:fill="F4F4F4"/>
          </w:tcPr>
          <w:p w14:paraId="24C442D3" w14:textId="77777777" w:rsidR="00D06E85" w:rsidRDefault="00C704E0">
            <w:pPr>
              <w:keepNext/>
            </w:pPr>
            <w:r>
              <w:rPr>
                <w:b/>
                <w:sz w:val="16"/>
              </w:rPr>
              <w:t xml:space="preserve"> 2. </w:t>
            </w:r>
            <w:r>
              <w:rPr>
                <w:b/>
                <w:color w:val="000000"/>
                <w:sz w:val="18"/>
              </w:rPr>
              <w:t>BENEFICIAR AL</w:t>
            </w:r>
          </w:p>
        </w:tc>
      </w:tr>
      <w:tr w:rsidR="00D06E85" w:rsidRPr="00B23FEC" w14:paraId="4A83FD0A" w14:textId="77777777">
        <w:trPr>
          <w:cantSplit/>
        </w:trPr>
        <w:tc>
          <w:tcPr>
            <w:tcW w:w="9636" w:type="dxa"/>
            <w:gridSpan w:val="7"/>
          </w:tcPr>
          <w:p w14:paraId="10C18D4D" w14:textId="77777777" w:rsidR="00D06E85" w:rsidRDefault="00C704E0">
            <w:pPr>
              <w:keepNext/>
              <w:rPr>
                <w:sz w:val="16"/>
                <w:lang w:val="fr-FR"/>
              </w:rPr>
            </w:pPr>
            <w:r w:rsidRPr="00F146C8">
              <w:rPr>
                <w:sz w:val="16"/>
                <w:lang w:val="fr-FR"/>
              </w:rPr>
              <w:t>☐ Documentației de amenajare a teritoriului / documentației de urbanism, pentru care se solicită analizarea și promovarea spre aprobare, având denumirea:</w:t>
            </w:r>
          </w:p>
          <w:p w14:paraId="449F8BE8" w14:textId="73254249" w:rsidR="00B23FEC" w:rsidRPr="00F146C8" w:rsidRDefault="00B23FEC">
            <w:pPr>
              <w:keepNext/>
              <w:rPr>
                <w:lang w:val="fr-FR"/>
              </w:rPr>
            </w:pPr>
            <w:r>
              <w:rPr>
                <w:sz w:val="16"/>
                <w:lang w:val="fr-FR"/>
              </w:rPr>
              <w:t>……………………………………………………………………………………………………………………………………………………….</w:t>
            </w:r>
          </w:p>
          <w:p w14:paraId="6C566C41" w14:textId="77777777" w:rsidR="00D06E85" w:rsidRPr="00F146C8" w:rsidRDefault="00C704E0">
            <w:pPr>
              <w:keepNext/>
              <w:rPr>
                <w:lang w:val="fr-FR"/>
              </w:rPr>
            </w:pPr>
            <w:r w:rsidRPr="00F146C8">
              <w:rPr>
                <w:sz w:val="16"/>
                <w:lang w:val="fr-FR"/>
              </w:rPr>
              <w:t>☐ Investiției, pentru care se solicită emiterea autorizației de construire / desființare / organizare de șantier</w:t>
            </w:r>
          </w:p>
        </w:tc>
      </w:tr>
      <w:tr w:rsidR="00D06E85" w:rsidRPr="00B23FEC" w14:paraId="038DB130" w14:textId="77777777">
        <w:trPr>
          <w:cantSplit/>
        </w:trPr>
        <w:tc>
          <w:tcPr>
            <w:tcW w:w="9636" w:type="dxa"/>
            <w:gridSpan w:val="7"/>
          </w:tcPr>
          <w:p w14:paraId="448F3330" w14:textId="77777777" w:rsidR="00D06E85" w:rsidRPr="00F146C8" w:rsidRDefault="00D06E85">
            <w:pPr>
              <w:keepNext/>
              <w:pBdr>
                <w:bottom w:val="dotted" w:sz="6" w:space="0" w:color="999999"/>
              </w:pBdr>
              <w:spacing w:after="80"/>
              <w:rPr>
                <w:lang w:val="fr-FR"/>
              </w:rPr>
            </w:pPr>
          </w:p>
          <w:p w14:paraId="44AB8803" w14:textId="77777777" w:rsidR="00D06E85" w:rsidRPr="00F146C8" w:rsidRDefault="00D06E85">
            <w:pPr>
              <w:keepNext/>
              <w:pBdr>
                <w:bottom w:val="dotted" w:sz="6" w:space="0" w:color="999999"/>
              </w:pBdr>
              <w:spacing w:after="80"/>
              <w:rPr>
                <w:lang w:val="fr-FR"/>
              </w:rPr>
            </w:pPr>
          </w:p>
        </w:tc>
      </w:tr>
      <w:tr w:rsidR="00D06E85" w14:paraId="51F68824" w14:textId="77777777">
        <w:trPr>
          <w:cantSplit/>
          <w:trHeight w:val="510"/>
        </w:trPr>
        <w:tc>
          <w:tcPr>
            <w:tcW w:w="3212" w:type="dxa"/>
          </w:tcPr>
          <w:p w14:paraId="6DD32699" w14:textId="77777777" w:rsidR="00D06E85" w:rsidRPr="00F146C8" w:rsidRDefault="00C704E0">
            <w:pPr>
              <w:keepNext/>
              <w:rPr>
                <w:lang w:val="fr-FR"/>
              </w:rPr>
            </w:pPr>
            <w:r w:rsidRPr="00F146C8">
              <w:rPr>
                <w:b/>
                <w:color w:val="0D5F78"/>
                <w:lang w:val="fr-FR"/>
              </w:rPr>
              <w:t>în baza Certificatului de urbanism nr.</w:t>
            </w:r>
          </w:p>
          <w:p w14:paraId="587CA335" w14:textId="77777777" w:rsidR="00D06E85" w:rsidRPr="00F146C8" w:rsidRDefault="00D06E85">
            <w:pPr>
              <w:keepNext/>
              <w:rPr>
                <w:lang w:val="fr-FR"/>
              </w:rPr>
            </w:pPr>
          </w:p>
        </w:tc>
        <w:tc>
          <w:tcPr>
            <w:tcW w:w="2409" w:type="dxa"/>
            <w:gridSpan w:val="3"/>
          </w:tcPr>
          <w:p w14:paraId="408E0A2F" w14:textId="77777777" w:rsidR="00D06E85" w:rsidRDefault="00C704E0">
            <w:pPr>
              <w:keepNext/>
            </w:pPr>
            <w:r>
              <w:rPr>
                <w:b/>
                <w:color w:val="0D5F78"/>
              </w:rPr>
              <w:t>din data de</w:t>
            </w:r>
          </w:p>
          <w:p w14:paraId="2429966D" w14:textId="77777777" w:rsidR="00D06E85" w:rsidRDefault="00D06E85">
            <w:pPr>
              <w:keepNext/>
            </w:pPr>
          </w:p>
        </w:tc>
        <w:tc>
          <w:tcPr>
            <w:tcW w:w="4015" w:type="dxa"/>
            <w:gridSpan w:val="3"/>
          </w:tcPr>
          <w:p w14:paraId="6A7C95E8" w14:textId="77777777" w:rsidR="00D06E85" w:rsidRDefault="00C704E0">
            <w:pPr>
              <w:keepNext/>
            </w:pPr>
            <w:r>
              <w:rPr>
                <w:b/>
                <w:color w:val="0D5F78"/>
              </w:rPr>
              <w:t>emis de</w:t>
            </w:r>
          </w:p>
          <w:p w14:paraId="488FDBF8" w14:textId="77777777" w:rsidR="00D06E85" w:rsidRDefault="00D06E85">
            <w:pPr>
              <w:keepNext/>
            </w:pPr>
          </w:p>
        </w:tc>
      </w:tr>
      <w:tr w:rsidR="00D06E85" w14:paraId="14BF2781" w14:textId="77777777">
        <w:trPr>
          <w:cantSplit/>
        </w:trPr>
        <w:tc>
          <w:tcPr>
            <w:tcW w:w="9636" w:type="dxa"/>
            <w:gridSpan w:val="7"/>
            <w:shd w:val="clear" w:color="auto" w:fill="F4F4F4"/>
          </w:tcPr>
          <w:p w14:paraId="42AA27A1" w14:textId="77777777" w:rsidR="00D06E85" w:rsidRDefault="00C704E0">
            <w:pPr>
              <w:keepNext/>
            </w:pPr>
            <w:r>
              <w:rPr>
                <w:sz w:val="16"/>
              </w:rPr>
              <w:t xml:space="preserve"> având ca amplasament imobilul (teren și/sau construcții), situat în:</w:t>
            </w:r>
          </w:p>
        </w:tc>
      </w:tr>
      <w:tr w:rsidR="00D06E85" w14:paraId="28EC9FF0" w14:textId="77777777">
        <w:trPr>
          <w:cantSplit/>
          <w:trHeight w:val="510"/>
        </w:trPr>
        <w:tc>
          <w:tcPr>
            <w:tcW w:w="3212" w:type="dxa"/>
          </w:tcPr>
          <w:p w14:paraId="045B3571" w14:textId="77777777" w:rsidR="00D06E85" w:rsidRDefault="00C704E0">
            <w:pPr>
              <w:keepNext/>
            </w:pPr>
            <w:r>
              <w:rPr>
                <w:b/>
                <w:color w:val="0D5F78"/>
              </w:rPr>
              <w:t>Județul</w:t>
            </w:r>
          </w:p>
          <w:p w14:paraId="3A1DDEA8" w14:textId="77777777" w:rsidR="00D06E85" w:rsidRDefault="00D06E85">
            <w:pPr>
              <w:keepNext/>
            </w:pPr>
          </w:p>
        </w:tc>
        <w:tc>
          <w:tcPr>
            <w:tcW w:w="3212" w:type="dxa"/>
            <w:gridSpan w:val="4"/>
          </w:tcPr>
          <w:p w14:paraId="26F3AC1F" w14:textId="77777777" w:rsidR="00D06E85" w:rsidRDefault="00C704E0">
            <w:pPr>
              <w:keepNext/>
            </w:pPr>
            <w:r>
              <w:rPr>
                <w:b/>
                <w:color w:val="0D5F78"/>
              </w:rPr>
              <w:t>Municipiul / orașul / comuna</w:t>
            </w:r>
          </w:p>
          <w:p w14:paraId="6D1EF9F9" w14:textId="77777777" w:rsidR="00D06E85" w:rsidRDefault="00D06E85">
            <w:pPr>
              <w:keepNext/>
            </w:pPr>
          </w:p>
        </w:tc>
        <w:tc>
          <w:tcPr>
            <w:tcW w:w="3212" w:type="dxa"/>
            <w:gridSpan w:val="2"/>
          </w:tcPr>
          <w:p w14:paraId="5868C80E" w14:textId="77777777" w:rsidR="00D06E85" w:rsidRDefault="00C704E0">
            <w:pPr>
              <w:keepNext/>
            </w:pPr>
            <w:r>
              <w:rPr>
                <w:b/>
                <w:color w:val="0D5F78"/>
              </w:rPr>
              <w:t>Satul / sectorul</w:t>
            </w:r>
          </w:p>
          <w:p w14:paraId="46CFB201" w14:textId="77777777" w:rsidR="00D06E85" w:rsidRDefault="00D06E85">
            <w:pPr>
              <w:keepNext/>
            </w:pPr>
          </w:p>
        </w:tc>
      </w:tr>
      <w:tr w:rsidR="00D06E85" w14:paraId="4F5E562B" w14:textId="77777777">
        <w:trPr>
          <w:cantSplit/>
          <w:trHeight w:val="510"/>
        </w:trPr>
        <w:tc>
          <w:tcPr>
            <w:tcW w:w="3212" w:type="dxa"/>
          </w:tcPr>
          <w:p w14:paraId="18C09048" w14:textId="77777777" w:rsidR="00D06E85" w:rsidRDefault="00C704E0">
            <w:pPr>
              <w:keepNext/>
            </w:pPr>
            <w:r>
              <w:rPr>
                <w:b/>
                <w:color w:val="0D5F78"/>
              </w:rPr>
              <w:t>Strada</w:t>
            </w:r>
          </w:p>
          <w:p w14:paraId="2E6BE8AF" w14:textId="77777777" w:rsidR="00D06E85" w:rsidRDefault="00D06E85">
            <w:pPr>
              <w:keepNext/>
            </w:pPr>
          </w:p>
        </w:tc>
        <w:tc>
          <w:tcPr>
            <w:tcW w:w="803" w:type="dxa"/>
          </w:tcPr>
          <w:p w14:paraId="7CCA42D5" w14:textId="77777777" w:rsidR="00D06E85" w:rsidRDefault="00C704E0">
            <w:pPr>
              <w:keepNext/>
            </w:pPr>
            <w:r>
              <w:rPr>
                <w:b/>
                <w:color w:val="0D5F78"/>
              </w:rPr>
              <w:t>Nr.</w:t>
            </w:r>
          </w:p>
          <w:p w14:paraId="7672ED98" w14:textId="77777777" w:rsidR="00D06E85" w:rsidRDefault="00D06E85">
            <w:pPr>
              <w:keepNext/>
            </w:pPr>
          </w:p>
        </w:tc>
        <w:tc>
          <w:tcPr>
            <w:tcW w:w="803" w:type="dxa"/>
          </w:tcPr>
          <w:p w14:paraId="3211E91D" w14:textId="77777777" w:rsidR="00D06E85" w:rsidRDefault="00C704E0">
            <w:pPr>
              <w:keepNext/>
            </w:pPr>
            <w:r>
              <w:rPr>
                <w:b/>
                <w:color w:val="0D5F78"/>
              </w:rPr>
              <w:t>Sc.</w:t>
            </w:r>
          </w:p>
          <w:p w14:paraId="7428D1FA" w14:textId="77777777" w:rsidR="00D06E85" w:rsidRDefault="00D06E85">
            <w:pPr>
              <w:keepNext/>
            </w:pPr>
          </w:p>
        </w:tc>
        <w:tc>
          <w:tcPr>
            <w:tcW w:w="803" w:type="dxa"/>
          </w:tcPr>
          <w:p w14:paraId="5D0C58DB" w14:textId="77777777" w:rsidR="00D06E85" w:rsidRDefault="00C704E0">
            <w:pPr>
              <w:keepNext/>
            </w:pPr>
            <w:r>
              <w:rPr>
                <w:b/>
                <w:color w:val="0D5F78"/>
              </w:rPr>
              <w:t>Et.</w:t>
            </w:r>
          </w:p>
          <w:p w14:paraId="3DB9BF45" w14:textId="77777777" w:rsidR="00D06E85" w:rsidRDefault="00D06E85">
            <w:pPr>
              <w:keepNext/>
            </w:pPr>
          </w:p>
        </w:tc>
        <w:tc>
          <w:tcPr>
            <w:tcW w:w="803" w:type="dxa"/>
          </w:tcPr>
          <w:p w14:paraId="19EBA19F" w14:textId="77777777" w:rsidR="00D06E85" w:rsidRDefault="00C704E0">
            <w:pPr>
              <w:keepNext/>
            </w:pPr>
            <w:r>
              <w:rPr>
                <w:b/>
                <w:color w:val="0D5F78"/>
              </w:rPr>
              <w:t>Ap.</w:t>
            </w:r>
          </w:p>
          <w:p w14:paraId="7FA40548" w14:textId="77777777" w:rsidR="00D06E85" w:rsidRDefault="00D06E85">
            <w:pPr>
              <w:keepNext/>
            </w:pPr>
          </w:p>
        </w:tc>
        <w:tc>
          <w:tcPr>
            <w:tcW w:w="1606" w:type="dxa"/>
          </w:tcPr>
          <w:p w14:paraId="526BA805" w14:textId="77777777" w:rsidR="00D06E85" w:rsidRDefault="00C704E0">
            <w:pPr>
              <w:keepNext/>
            </w:pPr>
            <w:r>
              <w:rPr>
                <w:b/>
                <w:color w:val="0D5F78"/>
              </w:rPr>
              <w:t>Cod poștal</w:t>
            </w:r>
          </w:p>
          <w:p w14:paraId="0719B43E" w14:textId="77777777" w:rsidR="00D06E85" w:rsidRDefault="00D06E85">
            <w:pPr>
              <w:keepNext/>
            </w:pPr>
          </w:p>
        </w:tc>
        <w:tc>
          <w:tcPr>
            <w:tcW w:w="1606" w:type="dxa"/>
          </w:tcPr>
          <w:p w14:paraId="00245BA2" w14:textId="77777777" w:rsidR="00D06E85" w:rsidRDefault="00C704E0">
            <w:pPr>
              <w:keepNext/>
            </w:pPr>
            <w:r>
              <w:rPr>
                <w:b/>
                <w:color w:val="0D5F78"/>
              </w:rPr>
              <w:t>Țara</w:t>
            </w:r>
          </w:p>
          <w:p w14:paraId="0DDC16AB" w14:textId="77777777" w:rsidR="00D06E85" w:rsidRDefault="00D06E85">
            <w:pPr>
              <w:keepNext/>
            </w:pPr>
          </w:p>
        </w:tc>
      </w:tr>
      <w:tr w:rsidR="00D06E85" w14:paraId="710B7BC2" w14:textId="77777777">
        <w:trPr>
          <w:cantSplit/>
          <w:trHeight w:val="510"/>
        </w:trPr>
        <w:tc>
          <w:tcPr>
            <w:tcW w:w="4818" w:type="dxa"/>
            <w:gridSpan w:val="3"/>
          </w:tcPr>
          <w:p w14:paraId="711C92BB" w14:textId="77777777" w:rsidR="00D06E85" w:rsidRDefault="00C704E0">
            <w:r>
              <w:rPr>
                <w:b/>
                <w:color w:val="0D5F78"/>
              </w:rPr>
              <w:t>Cartea funciară nr.</w:t>
            </w:r>
          </w:p>
          <w:p w14:paraId="7035FD8D" w14:textId="77777777" w:rsidR="00D06E85" w:rsidRDefault="00D06E85"/>
        </w:tc>
        <w:tc>
          <w:tcPr>
            <w:tcW w:w="4818" w:type="dxa"/>
            <w:gridSpan w:val="4"/>
          </w:tcPr>
          <w:p w14:paraId="624D0088" w14:textId="77777777" w:rsidR="00D06E85" w:rsidRDefault="00C704E0">
            <w:r>
              <w:rPr>
                <w:b/>
                <w:color w:val="0D5F78"/>
              </w:rPr>
              <w:t>Nr. cadastral</w:t>
            </w:r>
          </w:p>
          <w:p w14:paraId="3F1A5A6A" w14:textId="77777777" w:rsidR="00D06E85" w:rsidRDefault="00D06E85"/>
        </w:tc>
      </w:tr>
    </w:tbl>
    <w:p w14:paraId="6097A6DA" w14:textId="77777777" w:rsidR="00D06E85" w:rsidRDefault="00D06E85">
      <w:pPr>
        <w:spacing w:line="168" w:lineRule="auto"/>
      </w:pPr>
    </w:p>
    <w:p w14:paraId="34E8F042" w14:textId="53479934" w:rsidR="00D06E85" w:rsidRDefault="00D06E85"/>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646C354C" w14:textId="77777777">
        <w:trPr>
          <w:cantSplit/>
        </w:trPr>
        <w:tc>
          <w:tcPr>
            <w:tcW w:w="9636" w:type="dxa"/>
            <w:shd w:val="clear" w:color="auto" w:fill="F4F4F4"/>
          </w:tcPr>
          <w:p w14:paraId="6755DF81" w14:textId="537513A9" w:rsidR="00D06E85" w:rsidRDefault="00C704E0">
            <w:pPr>
              <w:keepNext/>
            </w:pPr>
            <w:r>
              <w:rPr>
                <w:b/>
                <w:sz w:val="16"/>
              </w:rPr>
              <w:t xml:space="preserve"> 3. </w:t>
            </w:r>
            <w:r>
              <w:rPr>
                <w:b/>
                <w:color w:val="000000"/>
                <w:sz w:val="18"/>
              </w:rPr>
              <w:t>DECLAR</w:t>
            </w:r>
            <w:r w:rsidR="00F146C8">
              <w:rPr>
                <w:b/>
                <w:color w:val="000000"/>
                <w:sz w:val="18"/>
              </w:rPr>
              <w:t xml:space="preserve"> PE PROPRIE RĂSPUNDERE</w:t>
            </w:r>
          </w:p>
        </w:tc>
      </w:tr>
      <w:tr w:rsidR="00D06E85" w14:paraId="55F951F4" w14:textId="77777777">
        <w:trPr>
          <w:cantSplit/>
        </w:trPr>
        <w:tc>
          <w:tcPr>
            <w:tcW w:w="9636" w:type="dxa"/>
          </w:tcPr>
          <w:p w14:paraId="264591DB" w14:textId="77777777" w:rsidR="00D06E85" w:rsidRDefault="00C704E0">
            <w:pPr>
              <w:keepNext/>
              <w:spacing w:line="228" w:lineRule="auto"/>
            </w:pPr>
            <w:r>
              <w:rPr>
                <w:i/>
                <w:sz w:val="17"/>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D06E85" w:rsidRPr="00B23FEC" w14:paraId="5350B05D" w14:textId="77777777">
        <w:trPr>
          <w:cantSplit/>
        </w:trPr>
        <w:tc>
          <w:tcPr>
            <w:tcW w:w="9636" w:type="dxa"/>
          </w:tcPr>
          <w:p w14:paraId="58C9DDD9" w14:textId="77777777" w:rsidR="00D06E85" w:rsidRPr="00F146C8" w:rsidRDefault="00C704E0">
            <w:pPr>
              <w:keepNext/>
              <w:rPr>
                <w:lang w:val="fr-FR"/>
              </w:rPr>
            </w:pPr>
            <w:r>
              <w:rPr>
                <w:sz w:val="16"/>
              </w:rPr>
              <w:t xml:space="preserve"> </w:t>
            </w:r>
            <w:r w:rsidRPr="00F146C8">
              <w:rPr>
                <w:sz w:val="16"/>
                <w:lang w:val="fr-FR"/>
              </w:rPr>
              <w:t>☐ nicio solicitare de clarificare, completare sau modificare</w:t>
            </w:r>
          </w:p>
        </w:tc>
      </w:tr>
      <w:tr w:rsidR="00D06E85" w:rsidRPr="00B23FEC" w14:paraId="392E2A3D" w14:textId="77777777">
        <w:trPr>
          <w:cantSplit/>
        </w:trPr>
        <w:tc>
          <w:tcPr>
            <w:tcW w:w="9636" w:type="dxa"/>
          </w:tcPr>
          <w:p w14:paraId="598AB427" w14:textId="77777777" w:rsidR="00D06E85" w:rsidRPr="00F146C8" w:rsidRDefault="00C704E0">
            <w:pPr>
              <w:keepNext/>
              <w:rPr>
                <w:lang w:val="fr-FR"/>
              </w:rPr>
            </w:pPr>
            <w:r w:rsidRPr="00F146C8">
              <w:rPr>
                <w:sz w:val="16"/>
                <w:lang w:val="fr-FR"/>
              </w:rPr>
              <w:t xml:space="preserve"> ☐ niciun aviz sau acord cu sau fără condiții</w:t>
            </w:r>
          </w:p>
        </w:tc>
      </w:tr>
      <w:tr w:rsidR="00D06E85" w14:paraId="0504FCED" w14:textId="77777777">
        <w:trPr>
          <w:cantSplit/>
        </w:trPr>
        <w:tc>
          <w:tcPr>
            <w:tcW w:w="9636" w:type="dxa"/>
          </w:tcPr>
          <w:p w14:paraId="3B17397B" w14:textId="77777777" w:rsidR="00D06E85" w:rsidRDefault="00C704E0">
            <w:pPr>
              <w:keepNext/>
            </w:pPr>
            <w:r w:rsidRPr="00F146C8">
              <w:rPr>
                <w:sz w:val="16"/>
                <w:lang w:val="fr-FR"/>
              </w:rPr>
              <w:t xml:space="preserve"> </w:t>
            </w:r>
            <w:r>
              <w:rPr>
                <w:sz w:val="16"/>
              </w:rPr>
              <w:t>☐ nicio adresă de respingere</w:t>
            </w:r>
          </w:p>
        </w:tc>
      </w:tr>
      <w:tr w:rsidR="00D06E85" w:rsidRPr="00B23FEC" w14:paraId="48B239F6" w14:textId="77777777">
        <w:trPr>
          <w:cantSplit/>
        </w:trPr>
        <w:tc>
          <w:tcPr>
            <w:tcW w:w="9636" w:type="dxa"/>
            <w:shd w:val="clear" w:color="auto" w:fill="F4F4F4"/>
          </w:tcPr>
          <w:p w14:paraId="2B67D063" w14:textId="77777777" w:rsidR="00D06E85" w:rsidRPr="00F146C8" w:rsidRDefault="00C704E0">
            <w:pPr>
              <w:spacing w:line="228" w:lineRule="auto"/>
              <w:rPr>
                <w:lang w:val="fr-FR"/>
              </w:rPr>
            </w:pPr>
            <w:r w:rsidRPr="00F146C8">
              <w:rPr>
                <w:lang w:val="fr-FR"/>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78665D98" w14:textId="77777777" w:rsidR="00D06E85" w:rsidRPr="00F146C8" w:rsidRDefault="00D06E8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803"/>
        <w:gridCol w:w="1606"/>
        <w:gridCol w:w="2409"/>
        <w:gridCol w:w="1606"/>
        <w:gridCol w:w="1606"/>
        <w:gridCol w:w="1606"/>
      </w:tblGrid>
      <w:tr w:rsidR="00D06E85" w14:paraId="410AFAE2" w14:textId="77777777">
        <w:trPr>
          <w:cantSplit/>
        </w:trPr>
        <w:tc>
          <w:tcPr>
            <w:tcW w:w="9636" w:type="dxa"/>
            <w:gridSpan w:val="6"/>
            <w:shd w:val="clear" w:color="auto" w:fill="F4F4F4"/>
          </w:tcPr>
          <w:p w14:paraId="0A217826" w14:textId="77777777" w:rsidR="00D06E85" w:rsidRDefault="00C704E0">
            <w:pPr>
              <w:keepNext/>
            </w:pPr>
            <w:r w:rsidRPr="00F146C8">
              <w:rPr>
                <w:b/>
                <w:sz w:val="16"/>
                <w:lang w:val="fr-FR"/>
              </w:rPr>
              <w:lastRenderedPageBreak/>
              <w:t xml:space="preserve"> </w:t>
            </w:r>
            <w:r>
              <w:rPr>
                <w:b/>
                <w:sz w:val="16"/>
              </w:rPr>
              <w:t xml:space="preserve">4. </w:t>
            </w:r>
            <w:r>
              <w:rPr>
                <w:b/>
                <w:color w:val="000000"/>
                <w:sz w:val="18"/>
              </w:rPr>
              <w:t>AVIZELE / ACORDURILE PENTRU CARE SE INVOCĂ APROBAREA TACITĂ</w:t>
            </w:r>
          </w:p>
        </w:tc>
      </w:tr>
      <w:tr w:rsidR="00D06E85" w14:paraId="541D569E" w14:textId="77777777">
        <w:trPr>
          <w:cantSplit/>
          <w:trHeight w:val="510"/>
        </w:trPr>
        <w:tc>
          <w:tcPr>
            <w:tcW w:w="803" w:type="dxa"/>
          </w:tcPr>
          <w:p w14:paraId="5D4788F7" w14:textId="77777777" w:rsidR="00D06E85" w:rsidRDefault="00C704E0">
            <w:pPr>
              <w:keepNext/>
            </w:pPr>
            <w:r>
              <w:rPr>
                <w:b/>
                <w:color w:val="0D5F78"/>
              </w:rPr>
              <w:t>Nr. crt.</w:t>
            </w:r>
          </w:p>
          <w:p w14:paraId="1C5E55E8" w14:textId="77777777" w:rsidR="00D06E85" w:rsidRDefault="00D06E85">
            <w:pPr>
              <w:keepNext/>
            </w:pPr>
          </w:p>
        </w:tc>
        <w:tc>
          <w:tcPr>
            <w:tcW w:w="1606" w:type="dxa"/>
          </w:tcPr>
          <w:p w14:paraId="6A126784" w14:textId="77777777" w:rsidR="00D06E85" w:rsidRDefault="00C704E0">
            <w:pPr>
              <w:keepNext/>
            </w:pPr>
            <w:r>
              <w:rPr>
                <w:b/>
                <w:color w:val="0D5F78"/>
              </w:rPr>
              <w:t>Avizul / acordul solicitat</w:t>
            </w:r>
          </w:p>
          <w:p w14:paraId="5F1A22AB" w14:textId="77777777" w:rsidR="00D06E85" w:rsidRDefault="00D06E85">
            <w:pPr>
              <w:keepNext/>
            </w:pPr>
          </w:p>
        </w:tc>
        <w:tc>
          <w:tcPr>
            <w:tcW w:w="2409" w:type="dxa"/>
          </w:tcPr>
          <w:p w14:paraId="08B0F3A9" w14:textId="77777777" w:rsidR="00D06E85" w:rsidRPr="00F146C8" w:rsidRDefault="00C704E0">
            <w:pPr>
              <w:keepNext/>
              <w:rPr>
                <w:lang w:val="fr-FR"/>
              </w:rPr>
            </w:pPr>
            <w:r w:rsidRPr="00F146C8">
              <w:rPr>
                <w:b/>
                <w:color w:val="0D5F78"/>
                <w:lang w:val="fr-FR"/>
              </w:rPr>
              <w:t>Instituția / entitatea de la care s-a solicitat</w:t>
            </w:r>
          </w:p>
          <w:p w14:paraId="07803F57" w14:textId="77777777" w:rsidR="00D06E85" w:rsidRPr="00F146C8" w:rsidRDefault="00D06E85">
            <w:pPr>
              <w:keepNext/>
              <w:rPr>
                <w:lang w:val="fr-FR"/>
              </w:rPr>
            </w:pPr>
          </w:p>
        </w:tc>
        <w:tc>
          <w:tcPr>
            <w:tcW w:w="1606" w:type="dxa"/>
          </w:tcPr>
          <w:p w14:paraId="5E0A8EC5" w14:textId="77777777" w:rsidR="00D06E85" w:rsidRDefault="00C704E0">
            <w:pPr>
              <w:keepNext/>
            </w:pPr>
            <w:r>
              <w:rPr>
                <w:b/>
                <w:color w:val="0D5F78"/>
              </w:rPr>
              <w:t>Dată și nr. înregistrare solicitare</w:t>
            </w:r>
          </w:p>
          <w:p w14:paraId="5614152D" w14:textId="77777777" w:rsidR="00D06E85" w:rsidRDefault="00D06E85">
            <w:pPr>
              <w:keepNext/>
            </w:pPr>
          </w:p>
        </w:tc>
        <w:tc>
          <w:tcPr>
            <w:tcW w:w="1606" w:type="dxa"/>
          </w:tcPr>
          <w:p w14:paraId="5B7D319E" w14:textId="77777777" w:rsidR="00D06E85" w:rsidRPr="00F146C8" w:rsidRDefault="00C704E0">
            <w:pPr>
              <w:keepNext/>
              <w:rPr>
                <w:lang w:val="fr-FR"/>
              </w:rPr>
            </w:pPr>
            <w:r w:rsidRPr="00F146C8">
              <w:rPr>
                <w:b/>
                <w:color w:val="0D5F78"/>
                <w:lang w:val="fr-FR"/>
              </w:rPr>
              <w:t>Dată și nr. depunere răspuns la clarificări</w:t>
            </w:r>
          </w:p>
          <w:p w14:paraId="6CE5652B" w14:textId="77777777" w:rsidR="00D06E85" w:rsidRPr="00F146C8" w:rsidRDefault="00D06E85">
            <w:pPr>
              <w:keepNext/>
              <w:rPr>
                <w:lang w:val="fr-FR"/>
              </w:rPr>
            </w:pPr>
          </w:p>
        </w:tc>
        <w:tc>
          <w:tcPr>
            <w:tcW w:w="1606" w:type="dxa"/>
          </w:tcPr>
          <w:p w14:paraId="37671C9B" w14:textId="77777777" w:rsidR="00D06E85" w:rsidRDefault="00C704E0">
            <w:pPr>
              <w:keepNext/>
            </w:pPr>
            <w:r>
              <w:rPr>
                <w:b/>
                <w:color w:val="0D5F78"/>
              </w:rPr>
              <w:t>Data împlinirii termenului</w:t>
            </w:r>
          </w:p>
          <w:p w14:paraId="09C13510" w14:textId="77777777" w:rsidR="00D06E85" w:rsidRDefault="00D06E85">
            <w:pPr>
              <w:keepNext/>
            </w:pPr>
          </w:p>
        </w:tc>
      </w:tr>
      <w:tr w:rsidR="00D06E85" w14:paraId="48A100DF" w14:textId="77777777">
        <w:trPr>
          <w:cantSplit/>
          <w:trHeight w:val="510"/>
        </w:trPr>
        <w:tc>
          <w:tcPr>
            <w:tcW w:w="803" w:type="dxa"/>
          </w:tcPr>
          <w:p w14:paraId="0490C0E5" w14:textId="77777777" w:rsidR="00D06E85" w:rsidRDefault="00D06E85">
            <w:pPr>
              <w:keepNext/>
            </w:pPr>
          </w:p>
          <w:p w14:paraId="4044CE55" w14:textId="77777777" w:rsidR="00D06E85" w:rsidRDefault="00C704E0">
            <w:pPr>
              <w:keepNext/>
            </w:pPr>
            <w:r>
              <w:rPr>
                <w:sz w:val="18"/>
              </w:rPr>
              <w:t>1</w:t>
            </w:r>
          </w:p>
        </w:tc>
        <w:tc>
          <w:tcPr>
            <w:tcW w:w="1606" w:type="dxa"/>
          </w:tcPr>
          <w:p w14:paraId="2AAC751D" w14:textId="77777777" w:rsidR="00D06E85" w:rsidRDefault="00D06E85">
            <w:pPr>
              <w:keepNext/>
            </w:pPr>
          </w:p>
        </w:tc>
        <w:tc>
          <w:tcPr>
            <w:tcW w:w="2409" w:type="dxa"/>
          </w:tcPr>
          <w:p w14:paraId="35159208" w14:textId="77777777" w:rsidR="00D06E85" w:rsidRDefault="00D06E85">
            <w:pPr>
              <w:keepNext/>
            </w:pPr>
          </w:p>
        </w:tc>
        <w:tc>
          <w:tcPr>
            <w:tcW w:w="1606" w:type="dxa"/>
          </w:tcPr>
          <w:p w14:paraId="1790151A" w14:textId="77777777" w:rsidR="00D06E85" w:rsidRDefault="00D06E85">
            <w:pPr>
              <w:keepNext/>
            </w:pPr>
          </w:p>
        </w:tc>
        <w:tc>
          <w:tcPr>
            <w:tcW w:w="1606" w:type="dxa"/>
          </w:tcPr>
          <w:p w14:paraId="0D8631E8" w14:textId="77777777" w:rsidR="00D06E85" w:rsidRDefault="00D06E85">
            <w:pPr>
              <w:keepNext/>
            </w:pPr>
          </w:p>
        </w:tc>
        <w:tc>
          <w:tcPr>
            <w:tcW w:w="1606" w:type="dxa"/>
          </w:tcPr>
          <w:p w14:paraId="7035523E" w14:textId="77777777" w:rsidR="00D06E85" w:rsidRDefault="00D06E85">
            <w:pPr>
              <w:keepNext/>
            </w:pPr>
          </w:p>
        </w:tc>
      </w:tr>
      <w:tr w:rsidR="00D06E85" w14:paraId="1D7536D3" w14:textId="77777777">
        <w:trPr>
          <w:cantSplit/>
          <w:trHeight w:val="510"/>
        </w:trPr>
        <w:tc>
          <w:tcPr>
            <w:tcW w:w="803" w:type="dxa"/>
          </w:tcPr>
          <w:p w14:paraId="63AB37A9" w14:textId="77777777" w:rsidR="00D06E85" w:rsidRDefault="00D06E85">
            <w:pPr>
              <w:keepNext/>
            </w:pPr>
          </w:p>
          <w:p w14:paraId="3A8347A1" w14:textId="77777777" w:rsidR="00D06E85" w:rsidRDefault="00C704E0">
            <w:pPr>
              <w:keepNext/>
            </w:pPr>
            <w:r>
              <w:rPr>
                <w:sz w:val="18"/>
              </w:rPr>
              <w:t>2</w:t>
            </w:r>
          </w:p>
        </w:tc>
        <w:tc>
          <w:tcPr>
            <w:tcW w:w="1606" w:type="dxa"/>
          </w:tcPr>
          <w:p w14:paraId="595FC148" w14:textId="77777777" w:rsidR="00D06E85" w:rsidRDefault="00D06E85">
            <w:pPr>
              <w:keepNext/>
            </w:pPr>
          </w:p>
        </w:tc>
        <w:tc>
          <w:tcPr>
            <w:tcW w:w="2409" w:type="dxa"/>
          </w:tcPr>
          <w:p w14:paraId="4986C02C" w14:textId="77777777" w:rsidR="00D06E85" w:rsidRDefault="00D06E85">
            <w:pPr>
              <w:keepNext/>
            </w:pPr>
          </w:p>
        </w:tc>
        <w:tc>
          <w:tcPr>
            <w:tcW w:w="1606" w:type="dxa"/>
          </w:tcPr>
          <w:p w14:paraId="518729BB" w14:textId="77777777" w:rsidR="00D06E85" w:rsidRDefault="00D06E85">
            <w:pPr>
              <w:keepNext/>
            </w:pPr>
          </w:p>
        </w:tc>
        <w:tc>
          <w:tcPr>
            <w:tcW w:w="1606" w:type="dxa"/>
          </w:tcPr>
          <w:p w14:paraId="4958CB4B" w14:textId="77777777" w:rsidR="00D06E85" w:rsidRDefault="00D06E85">
            <w:pPr>
              <w:keepNext/>
            </w:pPr>
          </w:p>
        </w:tc>
        <w:tc>
          <w:tcPr>
            <w:tcW w:w="1606" w:type="dxa"/>
          </w:tcPr>
          <w:p w14:paraId="6E7BC659" w14:textId="77777777" w:rsidR="00D06E85" w:rsidRDefault="00D06E85">
            <w:pPr>
              <w:keepNext/>
            </w:pPr>
          </w:p>
        </w:tc>
      </w:tr>
      <w:tr w:rsidR="00D06E85" w14:paraId="66D73194" w14:textId="77777777">
        <w:trPr>
          <w:cantSplit/>
          <w:trHeight w:val="510"/>
        </w:trPr>
        <w:tc>
          <w:tcPr>
            <w:tcW w:w="803" w:type="dxa"/>
          </w:tcPr>
          <w:p w14:paraId="34C5051C" w14:textId="77777777" w:rsidR="00D06E85" w:rsidRDefault="00D06E85">
            <w:pPr>
              <w:keepNext/>
            </w:pPr>
          </w:p>
          <w:p w14:paraId="0561CF74" w14:textId="77777777" w:rsidR="00D06E85" w:rsidRDefault="00C704E0">
            <w:pPr>
              <w:keepNext/>
            </w:pPr>
            <w:r>
              <w:rPr>
                <w:sz w:val="18"/>
              </w:rPr>
              <w:t>3</w:t>
            </w:r>
          </w:p>
        </w:tc>
        <w:tc>
          <w:tcPr>
            <w:tcW w:w="1606" w:type="dxa"/>
          </w:tcPr>
          <w:p w14:paraId="1460452C" w14:textId="77777777" w:rsidR="00D06E85" w:rsidRDefault="00D06E85">
            <w:pPr>
              <w:keepNext/>
            </w:pPr>
          </w:p>
        </w:tc>
        <w:tc>
          <w:tcPr>
            <w:tcW w:w="2409" w:type="dxa"/>
          </w:tcPr>
          <w:p w14:paraId="4C4A6D05" w14:textId="77777777" w:rsidR="00D06E85" w:rsidRDefault="00D06E85">
            <w:pPr>
              <w:keepNext/>
            </w:pPr>
          </w:p>
        </w:tc>
        <w:tc>
          <w:tcPr>
            <w:tcW w:w="1606" w:type="dxa"/>
          </w:tcPr>
          <w:p w14:paraId="5E452FF5" w14:textId="77777777" w:rsidR="00D06E85" w:rsidRDefault="00D06E85">
            <w:pPr>
              <w:keepNext/>
            </w:pPr>
          </w:p>
        </w:tc>
        <w:tc>
          <w:tcPr>
            <w:tcW w:w="1606" w:type="dxa"/>
          </w:tcPr>
          <w:p w14:paraId="1F4DAD5C" w14:textId="77777777" w:rsidR="00D06E85" w:rsidRDefault="00D06E85">
            <w:pPr>
              <w:keepNext/>
            </w:pPr>
          </w:p>
        </w:tc>
        <w:tc>
          <w:tcPr>
            <w:tcW w:w="1606" w:type="dxa"/>
          </w:tcPr>
          <w:p w14:paraId="020076B8" w14:textId="77777777" w:rsidR="00D06E85" w:rsidRDefault="00D06E85">
            <w:pPr>
              <w:keepNext/>
            </w:pPr>
          </w:p>
        </w:tc>
      </w:tr>
      <w:tr w:rsidR="00D06E85" w14:paraId="25E96DD5" w14:textId="77777777">
        <w:trPr>
          <w:cantSplit/>
          <w:trHeight w:val="510"/>
        </w:trPr>
        <w:tc>
          <w:tcPr>
            <w:tcW w:w="803" w:type="dxa"/>
          </w:tcPr>
          <w:p w14:paraId="6895F892" w14:textId="77777777" w:rsidR="00D06E85" w:rsidRDefault="00D06E85"/>
          <w:p w14:paraId="5C6DE8E8" w14:textId="77777777" w:rsidR="00D06E85" w:rsidRDefault="00C704E0">
            <w:r>
              <w:rPr>
                <w:sz w:val="18"/>
              </w:rPr>
              <w:t>4</w:t>
            </w:r>
          </w:p>
        </w:tc>
        <w:tc>
          <w:tcPr>
            <w:tcW w:w="1606" w:type="dxa"/>
          </w:tcPr>
          <w:p w14:paraId="7F8CED62" w14:textId="77777777" w:rsidR="00D06E85" w:rsidRDefault="00D06E85"/>
        </w:tc>
        <w:tc>
          <w:tcPr>
            <w:tcW w:w="2409" w:type="dxa"/>
          </w:tcPr>
          <w:p w14:paraId="5C7BD863" w14:textId="77777777" w:rsidR="00D06E85" w:rsidRDefault="00D06E85"/>
        </w:tc>
        <w:tc>
          <w:tcPr>
            <w:tcW w:w="1606" w:type="dxa"/>
          </w:tcPr>
          <w:p w14:paraId="16293DB0" w14:textId="77777777" w:rsidR="00D06E85" w:rsidRDefault="00D06E85"/>
        </w:tc>
        <w:tc>
          <w:tcPr>
            <w:tcW w:w="1606" w:type="dxa"/>
          </w:tcPr>
          <w:p w14:paraId="473035BF" w14:textId="77777777" w:rsidR="00D06E85" w:rsidRDefault="00D06E85"/>
        </w:tc>
        <w:tc>
          <w:tcPr>
            <w:tcW w:w="1606" w:type="dxa"/>
          </w:tcPr>
          <w:p w14:paraId="1F8AABB1" w14:textId="77777777" w:rsidR="00D06E85" w:rsidRDefault="00D06E85"/>
        </w:tc>
      </w:tr>
    </w:tbl>
    <w:p w14:paraId="072757A1"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7FE07876" w14:textId="77777777">
        <w:trPr>
          <w:cantSplit/>
        </w:trPr>
        <w:tc>
          <w:tcPr>
            <w:tcW w:w="9636" w:type="dxa"/>
            <w:shd w:val="clear" w:color="auto" w:fill="F4F4F4"/>
          </w:tcPr>
          <w:p w14:paraId="0B596766" w14:textId="77777777" w:rsidR="00D06E85" w:rsidRDefault="00C704E0">
            <w:pPr>
              <w:keepNext/>
            </w:pPr>
            <w:r>
              <w:rPr>
                <w:b/>
                <w:sz w:val="16"/>
              </w:rPr>
              <w:t xml:space="preserve"> 5. </w:t>
            </w:r>
            <w:r>
              <w:rPr>
                <w:b/>
                <w:color w:val="000000"/>
                <w:sz w:val="18"/>
              </w:rPr>
              <w:t>ASUMAREA RĂSPUNDERII ȘI CONSIMȚĂMÂNTUL</w:t>
            </w:r>
          </w:p>
        </w:tc>
      </w:tr>
      <w:tr w:rsidR="00D06E85" w14:paraId="2A16B9F2" w14:textId="77777777">
        <w:trPr>
          <w:cantSplit/>
        </w:trPr>
        <w:tc>
          <w:tcPr>
            <w:tcW w:w="9636" w:type="dxa"/>
          </w:tcPr>
          <w:p w14:paraId="617A40D9" w14:textId="77777777" w:rsidR="00D06E85" w:rsidRDefault="00C704E0">
            <w:pPr>
              <w:keepNext/>
              <w:spacing w:line="228" w:lineRule="auto"/>
            </w:pPr>
            <w:r>
              <w:rPr>
                <w:i/>
                <w:sz w:val="17"/>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D06E85" w14:paraId="1F2EAE20" w14:textId="77777777">
        <w:trPr>
          <w:cantSplit/>
        </w:trPr>
        <w:tc>
          <w:tcPr>
            <w:tcW w:w="9636" w:type="dxa"/>
            <w:shd w:val="clear" w:color="auto" w:fill="F4F4F4"/>
          </w:tcPr>
          <w:p w14:paraId="44E84F15" w14:textId="77777777" w:rsidR="00D06E85" w:rsidRDefault="00C704E0">
            <w:pPr>
              <w:keepNext/>
              <w:spacing w:line="228" w:lineRule="auto"/>
            </w:pPr>
            <w:r>
              <w:t>Sunt de acord ca ………………………………………………………………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D06E85" w14:paraId="4ED5476F" w14:textId="77777777">
        <w:trPr>
          <w:cantSplit/>
        </w:trPr>
        <w:tc>
          <w:tcPr>
            <w:tcW w:w="9636" w:type="dxa"/>
          </w:tcPr>
          <w:p w14:paraId="5CDABEC4" w14:textId="77777777" w:rsidR="00D06E85" w:rsidRDefault="00C704E0">
            <w:pPr>
              <w:spacing w:line="228" w:lineRule="auto"/>
            </w:pPr>
            <w:r>
              <w:rPr>
                <w:i/>
                <w:sz w:val="17"/>
              </w:rPr>
              <w:t>Am înțeles această declarație de consimțământ și sunt de acord cu prelucrarea datelor mele cu caracter personal.</w:t>
            </w:r>
          </w:p>
        </w:tc>
      </w:tr>
    </w:tbl>
    <w:p w14:paraId="67224C2E"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D06E85" w14:paraId="650C2586" w14:textId="77777777">
        <w:trPr>
          <w:cantSplit/>
        </w:trPr>
        <w:tc>
          <w:tcPr>
            <w:tcW w:w="9636" w:type="dxa"/>
            <w:gridSpan w:val="3"/>
            <w:shd w:val="clear" w:color="auto" w:fill="F4F4F4"/>
          </w:tcPr>
          <w:p w14:paraId="29D17F44" w14:textId="77777777" w:rsidR="00D06E85" w:rsidRDefault="00C704E0">
            <w:pPr>
              <w:keepNext/>
            </w:pPr>
            <w:r>
              <w:rPr>
                <w:b/>
                <w:sz w:val="16"/>
              </w:rPr>
              <w:t xml:space="preserve"> 6. </w:t>
            </w:r>
            <w:r>
              <w:rPr>
                <w:b/>
                <w:color w:val="000000"/>
                <w:sz w:val="18"/>
              </w:rPr>
              <w:t>DATA ȘI SEMNĂTURA</w:t>
            </w:r>
          </w:p>
        </w:tc>
      </w:tr>
      <w:tr w:rsidR="00D06E85" w14:paraId="0EF0880A" w14:textId="77777777">
        <w:trPr>
          <w:cantSplit/>
          <w:trHeight w:val="510"/>
        </w:trPr>
        <w:tc>
          <w:tcPr>
            <w:tcW w:w="1606" w:type="dxa"/>
          </w:tcPr>
          <w:p w14:paraId="1E086D02" w14:textId="77777777" w:rsidR="00D06E85" w:rsidRDefault="00C704E0" w:rsidP="00481745">
            <w:pPr>
              <w:jc w:val="center"/>
            </w:pPr>
            <w:r>
              <w:rPr>
                <w:b/>
                <w:color w:val="0D5F78"/>
              </w:rPr>
              <w:t>Data</w:t>
            </w:r>
          </w:p>
          <w:p w14:paraId="444AABB6" w14:textId="77777777" w:rsidR="00D06E85" w:rsidRDefault="00D06E85" w:rsidP="00481745">
            <w:pPr>
              <w:jc w:val="center"/>
            </w:pPr>
          </w:p>
        </w:tc>
        <w:tc>
          <w:tcPr>
            <w:tcW w:w="4818" w:type="dxa"/>
          </w:tcPr>
          <w:p w14:paraId="7FAA319E" w14:textId="77777777" w:rsidR="00D06E85" w:rsidRDefault="00C704E0" w:rsidP="00481745">
            <w:pPr>
              <w:jc w:val="center"/>
            </w:pPr>
            <w:r>
              <w:rPr>
                <w:b/>
                <w:color w:val="0D5F78"/>
              </w:rPr>
              <w:t>Beneficiarul / reprezentantul</w:t>
            </w:r>
          </w:p>
          <w:p w14:paraId="3F3E65B2" w14:textId="77777777" w:rsidR="00D06E85" w:rsidRDefault="00D06E85" w:rsidP="00481745">
            <w:pPr>
              <w:jc w:val="center"/>
            </w:pPr>
          </w:p>
        </w:tc>
        <w:tc>
          <w:tcPr>
            <w:tcW w:w="3212" w:type="dxa"/>
          </w:tcPr>
          <w:p w14:paraId="57D03BB3" w14:textId="77777777" w:rsidR="00D06E85" w:rsidRDefault="00C704E0" w:rsidP="00481745">
            <w:pPr>
              <w:jc w:val="center"/>
            </w:pPr>
            <w:r>
              <w:rPr>
                <w:b/>
                <w:color w:val="0D5F78"/>
              </w:rPr>
              <w:t>Semnătura</w:t>
            </w:r>
          </w:p>
          <w:p w14:paraId="6A8F1A4A" w14:textId="77777777" w:rsidR="00D06E85" w:rsidRDefault="00D06E85" w:rsidP="00481745">
            <w:pPr>
              <w:jc w:val="center"/>
            </w:pPr>
          </w:p>
        </w:tc>
      </w:tr>
    </w:tbl>
    <w:p w14:paraId="3C9FA47A" w14:textId="77777777" w:rsidR="00D06E85" w:rsidRDefault="00D06E85">
      <w:pPr>
        <w:spacing w:line="168" w:lineRule="auto"/>
      </w:pPr>
    </w:p>
    <w:sectPr w:rsidR="00D06E85" w:rsidSect="00034616">
      <w:footerReference w:type="default" r:id="rId11"/>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D64B9" w14:textId="77777777" w:rsidR="00D37D39" w:rsidRDefault="00D37D39">
      <w:r>
        <w:separator/>
      </w:r>
    </w:p>
  </w:endnote>
  <w:endnote w:type="continuationSeparator" w:id="0">
    <w:p w14:paraId="1FF2AF50" w14:textId="77777777" w:rsidR="00D37D39" w:rsidRDefault="00D3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7F329" w14:textId="5E0319AE" w:rsidR="00D06E85" w:rsidRDefault="00C704E0">
    <w:pPr>
      <w:pStyle w:val="Footer"/>
      <w:tabs>
        <w:tab w:val="right" w:pos="9639"/>
      </w:tabs>
      <w:rPr>
        <w:color w:val="595959"/>
      </w:rPr>
    </w:pPr>
    <w:r>
      <w:rPr>
        <w:color w:val="595959"/>
      </w:rPr>
      <w:t>F_A_03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763D1D">
      <w:rPr>
        <w:noProof/>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763D1D">
      <w:rPr>
        <w:noProof/>
        <w:color w:val="595959"/>
      </w:rPr>
      <w:t>2</w:t>
    </w:r>
    <w:r>
      <w:rPr>
        <w:color w:val="595959"/>
      </w:rPr>
      <w:fldChar w:fldCharType="end"/>
    </w:r>
  </w:p>
  <w:p w14:paraId="73279694" w14:textId="77777777" w:rsidR="00481745" w:rsidRPr="00EB6865" w:rsidRDefault="00481745" w:rsidP="00481745">
    <w:pPr>
      <w:pStyle w:val="Footer"/>
      <w:pBdr>
        <w:top w:val="single" w:sz="4" w:space="1" w:color="auto"/>
      </w:pBdr>
      <w:jc w:val="center"/>
      <w:rPr>
        <w:rFonts w:ascii="Arial Narrow" w:hAnsi="Arial Narrow"/>
        <w:i/>
        <w:color w:val="808080"/>
        <w:sz w:val="16"/>
        <w:szCs w:val="16"/>
      </w:rPr>
    </w:pPr>
    <w:r w:rsidRPr="00EB6865">
      <w:rPr>
        <w:rFonts w:ascii="Arial Narrow" w:hAnsi="Arial Narrow"/>
        <w:i/>
        <w:color w:val="808080"/>
        <w:sz w:val="16"/>
        <w:szCs w:val="16"/>
      </w:rPr>
      <w:t>Primăria Municipiului Giurgiu este Operator de Date cu Caracter Personal în conformitate cu prevederile art. 6, lit. (c) și (e) ale Regulamentul UE 679/ 2016.</w:t>
    </w:r>
  </w:p>
  <w:p w14:paraId="48AB6AA8" w14:textId="77777777" w:rsidR="00481745" w:rsidRDefault="00481745">
    <w:pPr>
      <w:pStyle w:val="Footer"/>
      <w:tabs>
        <w:tab w:val="right" w:pos="963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EE50C" w14:textId="77777777" w:rsidR="00D37D39" w:rsidRDefault="00D37D39">
      <w:r>
        <w:separator/>
      </w:r>
    </w:p>
  </w:footnote>
  <w:footnote w:type="continuationSeparator" w:id="0">
    <w:p w14:paraId="125F2772" w14:textId="77777777" w:rsidR="00D37D39" w:rsidRDefault="00D37D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24DBA"/>
    <w:rsid w:val="00481745"/>
    <w:rsid w:val="006C103E"/>
    <w:rsid w:val="00763D1D"/>
    <w:rsid w:val="00AA1D8D"/>
    <w:rsid w:val="00B23FEC"/>
    <w:rsid w:val="00B47730"/>
    <w:rsid w:val="00C704E0"/>
    <w:rsid w:val="00CB0664"/>
    <w:rsid w:val="00CB65B2"/>
    <w:rsid w:val="00D06E85"/>
    <w:rsid w:val="00D37D39"/>
    <w:rsid w:val="00E61A6B"/>
    <w:rsid w:val="00F146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3F5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481745"/>
    <w:rPr>
      <w:rFonts w:ascii="Tahoma" w:hAnsi="Tahoma" w:cs="Tahoma"/>
      <w:sz w:val="16"/>
      <w:szCs w:val="16"/>
    </w:rPr>
  </w:style>
  <w:style w:type="character" w:customStyle="1" w:styleId="BalloonTextChar">
    <w:name w:val="Balloon Text Char"/>
    <w:basedOn w:val="DefaultParagraphFont"/>
    <w:link w:val="BalloonText"/>
    <w:uiPriority w:val="99"/>
    <w:semiHidden/>
    <w:rsid w:val="00481745"/>
    <w:rPr>
      <w:rFonts w:ascii="Tahoma" w:hAnsi="Tahoma" w:cs="Tahoma"/>
      <w:sz w:val="16"/>
      <w:szCs w:val="16"/>
    </w:rPr>
  </w:style>
  <w:style w:type="character" w:styleId="Hyperlink">
    <w:name w:val="Hyperlink"/>
    <w:basedOn w:val="DefaultParagraphFont"/>
    <w:uiPriority w:val="99"/>
    <w:unhideWhenUsed/>
    <w:rsid w:val="004817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481745"/>
    <w:rPr>
      <w:rFonts w:ascii="Tahoma" w:hAnsi="Tahoma" w:cs="Tahoma"/>
      <w:sz w:val="16"/>
      <w:szCs w:val="16"/>
    </w:rPr>
  </w:style>
  <w:style w:type="character" w:customStyle="1" w:styleId="BalloonTextChar">
    <w:name w:val="Balloon Text Char"/>
    <w:basedOn w:val="DefaultParagraphFont"/>
    <w:link w:val="BalloonText"/>
    <w:uiPriority w:val="99"/>
    <w:semiHidden/>
    <w:rsid w:val="00481745"/>
    <w:rPr>
      <w:rFonts w:ascii="Tahoma" w:hAnsi="Tahoma" w:cs="Tahoma"/>
      <w:sz w:val="16"/>
      <w:szCs w:val="16"/>
    </w:rPr>
  </w:style>
  <w:style w:type="character" w:styleId="Hyperlink">
    <w:name w:val="Hyperlink"/>
    <w:basedOn w:val="DefaultParagraphFont"/>
    <w:uiPriority w:val="99"/>
    <w:unhideWhenUsed/>
    <w:rsid w:val="004817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rimarie@primariagiurgiu.r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4CFAB-D35D-43ED-8BD4-6F29348F1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dc:creator>
  <cp:lastModifiedBy>CRISTINA URBANISM</cp:lastModifiedBy>
  <cp:revision>4</cp:revision>
  <cp:lastPrinted>2026-09-01T05:56:00Z</cp:lastPrinted>
  <dcterms:created xsi:type="dcterms:W3CDTF">2026-08-31T07:32:00Z</dcterms:created>
  <dcterms:modified xsi:type="dcterms:W3CDTF">2026-09-01T05:56:00Z</dcterms:modified>
</cp:coreProperties>
</file>