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377113" w14:paraId="4AB1771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4FC198B8" w14:textId="1713AE0A" w:rsidR="00377113" w:rsidRDefault="002B713C" w:rsidP="002B713C">
            <w:pPr>
              <w:keepNext/>
              <w:jc w:val="both"/>
            </w:pP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drawing>
                <wp:inline distT="0" distB="0" distL="0" distR="0" wp14:anchorId="69087C96" wp14:editId="67820B21">
                  <wp:extent cx="997085" cy="1116314"/>
                  <wp:effectExtent l="0" t="0" r="0" b="8255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33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5C39C79A" w14:textId="77777777" w:rsidR="002B713C" w:rsidRDefault="002B713C" w:rsidP="002B713C">
            <w:pPr>
              <w:keepNext/>
            </w:pPr>
            <w:r>
              <w:rPr>
                <w:b/>
                <w:color w:val="0D5F78"/>
              </w:rPr>
              <w:t xml:space="preserve">Județul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510CB53E" w14:textId="4F571E7F" w:rsidR="00377113" w:rsidRDefault="00377113">
            <w:pPr>
              <w:keepNext/>
            </w:pPr>
          </w:p>
          <w:p w14:paraId="6F91E2AA" w14:textId="77777777" w:rsidR="00377113" w:rsidRDefault="00377113">
            <w:pPr>
              <w:keepNext/>
            </w:pPr>
          </w:p>
        </w:tc>
      </w:tr>
      <w:tr w:rsidR="00377113" w14:paraId="264ACFF4" w14:textId="77777777">
        <w:trPr>
          <w:cantSplit/>
          <w:trHeight w:val="510"/>
        </w:trPr>
        <w:tc>
          <w:tcPr>
            <w:tcW w:w="1606" w:type="dxa"/>
            <w:vMerge/>
          </w:tcPr>
          <w:p w14:paraId="153367FB" w14:textId="77777777" w:rsidR="00377113" w:rsidRDefault="00377113"/>
        </w:tc>
        <w:tc>
          <w:tcPr>
            <w:tcW w:w="8030" w:type="dxa"/>
            <w:gridSpan w:val="3"/>
            <w:shd w:val="clear" w:color="auto" w:fill="F0F0F0"/>
          </w:tcPr>
          <w:p w14:paraId="69C7851E" w14:textId="55FC10B5" w:rsidR="00377113" w:rsidRDefault="002B713C">
            <w:pPr>
              <w:keepNext/>
            </w:pPr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Primăria Municipiului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</w:tc>
      </w:tr>
      <w:tr w:rsidR="00377113" w14:paraId="352BEBB2" w14:textId="77777777">
        <w:trPr>
          <w:cantSplit/>
          <w:trHeight w:val="510"/>
        </w:trPr>
        <w:tc>
          <w:tcPr>
            <w:tcW w:w="1606" w:type="dxa"/>
            <w:vMerge/>
          </w:tcPr>
          <w:p w14:paraId="1F188761" w14:textId="77777777" w:rsidR="00377113" w:rsidRDefault="00377113"/>
        </w:tc>
        <w:tc>
          <w:tcPr>
            <w:tcW w:w="2409" w:type="dxa"/>
            <w:shd w:val="clear" w:color="auto" w:fill="F0F0F0"/>
          </w:tcPr>
          <w:p w14:paraId="556CEEF6" w14:textId="77777777" w:rsidR="002B713C" w:rsidRPr="00F801F2" w:rsidRDefault="002B713C" w:rsidP="002B713C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de identificare fiscală </w:t>
            </w:r>
          </w:p>
          <w:p w14:paraId="3F0CFBB4" w14:textId="4F183A2B" w:rsidR="00377113" w:rsidRPr="00343BBA" w:rsidRDefault="002B713C" w:rsidP="002B713C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020FB2F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118EFA7B" w14:textId="3E38B8B7" w:rsidR="00377113" w:rsidRDefault="002B713C">
            <w:pPr>
              <w:keepNext/>
            </w:pPr>
            <w:r w:rsidRPr="00CA102A">
              <w:rPr>
                <w:rFonts w:cs="Times New Roman"/>
                <w:sz w:val="16"/>
                <w:szCs w:val="16"/>
              </w:rPr>
              <w:t>Bd. București, nr. 49-51, Giurgiu, Județul Giurgiu, România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  <w:sz w:val="16"/>
                  <w:szCs w:val="16"/>
                </w:rPr>
                <w:t>primarie@primariagiurgiu.ro</w:t>
              </w:r>
            </w:hyperlink>
          </w:p>
        </w:tc>
      </w:tr>
      <w:tr w:rsidR="00377113" w14:paraId="44A91E8A" w14:textId="77777777">
        <w:trPr>
          <w:cantSplit/>
          <w:trHeight w:val="510"/>
        </w:trPr>
        <w:tc>
          <w:tcPr>
            <w:tcW w:w="1606" w:type="dxa"/>
            <w:vMerge/>
          </w:tcPr>
          <w:p w14:paraId="70FDC92D" w14:textId="77777777" w:rsidR="00377113" w:rsidRDefault="00377113"/>
        </w:tc>
        <w:tc>
          <w:tcPr>
            <w:tcW w:w="4818" w:type="dxa"/>
            <w:gridSpan w:val="2"/>
            <w:shd w:val="clear" w:color="auto" w:fill="F0F0F0"/>
          </w:tcPr>
          <w:p w14:paraId="531BC86B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6BE4A17C" w14:textId="77777777" w:rsidR="00377113" w:rsidRDefault="00377113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D141279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61592AF" w14:textId="77777777" w:rsidR="00377113" w:rsidRDefault="00377113">
            <w:pPr>
              <w:keepNext/>
            </w:pPr>
          </w:p>
        </w:tc>
      </w:tr>
    </w:tbl>
    <w:p w14:paraId="344C51B7" w14:textId="77777777" w:rsidR="00377113" w:rsidRPr="00343BBA" w:rsidRDefault="00377113">
      <w:pPr>
        <w:spacing w:line="168" w:lineRule="auto"/>
        <w:rPr>
          <w:lang w:val="fr-FR"/>
        </w:rPr>
      </w:pPr>
    </w:p>
    <w:p w14:paraId="6EE796C5" w14:textId="77777777" w:rsidR="00377113" w:rsidRPr="00004412" w:rsidRDefault="002B713C">
      <w:pPr>
        <w:spacing w:before="140" w:after="40"/>
        <w:jc w:val="center"/>
        <w:rPr>
          <w:sz w:val="28"/>
          <w:szCs w:val="28"/>
        </w:rPr>
      </w:pPr>
      <w:r w:rsidRPr="00004412">
        <w:rPr>
          <w:b/>
          <w:sz w:val="28"/>
          <w:szCs w:val="28"/>
        </w:rPr>
        <w:t>CERERE</w:t>
      </w:r>
    </w:p>
    <w:p w14:paraId="458FF3BC" w14:textId="77777777" w:rsidR="00377113" w:rsidRDefault="0037711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0D14ED2" w14:textId="77777777">
        <w:trPr>
          <w:cantSplit/>
        </w:trPr>
        <w:tc>
          <w:tcPr>
            <w:tcW w:w="9636" w:type="dxa"/>
            <w:shd w:val="clear" w:color="auto" w:fill="F4F4F4"/>
          </w:tcPr>
          <w:p w14:paraId="3E8649FD" w14:textId="77777777" w:rsidR="00377113" w:rsidRDefault="002B713C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77113" w:rsidRPr="00004412" w14:paraId="505A1856" w14:textId="77777777">
        <w:trPr>
          <w:cantSplit/>
          <w:trHeight w:val="510"/>
        </w:trPr>
        <w:tc>
          <w:tcPr>
            <w:tcW w:w="9636" w:type="dxa"/>
          </w:tcPr>
          <w:p w14:paraId="1C7F07C7" w14:textId="6F795D24" w:rsidR="00377113" w:rsidRPr="00343BBA" w:rsidRDefault="002B713C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 Municipiului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377113" w:rsidRPr="00004412" w14:paraId="48AFEF82" w14:textId="77777777">
        <w:trPr>
          <w:cantSplit/>
        </w:trPr>
        <w:tc>
          <w:tcPr>
            <w:tcW w:w="9636" w:type="dxa"/>
            <w:shd w:val="clear" w:color="auto" w:fill="F4F4F4"/>
          </w:tcPr>
          <w:p w14:paraId="2B647A2E" w14:textId="58804735" w:rsidR="00377113" w:rsidRPr="00343BBA" w:rsidRDefault="002B713C" w:rsidP="002B713C">
            <w:pPr>
              <w:spacing w:line="228" w:lineRule="auto"/>
              <w:rPr>
                <w:lang w:val="fr-FR"/>
              </w:rPr>
            </w:pPr>
            <w:r w:rsidRPr="00343BBA">
              <w:rPr>
                <w:lang w:val="fr-FR"/>
              </w:rPr>
              <w:t xml:space="preserve">Cererea va fi transmisă primarul municipiului </w:t>
            </w:r>
            <w:r>
              <w:rPr>
                <w:lang w:val="fr-FR"/>
              </w:rPr>
              <w:t>Giurgiu.</w:t>
            </w:r>
          </w:p>
        </w:tc>
      </w:tr>
    </w:tbl>
    <w:p w14:paraId="20841BEE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77113" w14:paraId="604C8CE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7303ACD" w14:textId="77777777" w:rsidR="00377113" w:rsidRDefault="002B713C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77113" w14:paraId="7CFFB22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3C78B15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92F91CD" w14:textId="77777777" w:rsidR="00377113" w:rsidRDefault="00377113">
            <w:pPr>
              <w:keepNext/>
            </w:pPr>
          </w:p>
        </w:tc>
        <w:tc>
          <w:tcPr>
            <w:tcW w:w="4015" w:type="dxa"/>
            <w:gridSpan w:val="3"/>
          </w:tcPr>
          <w:p w14:paraId="40F931FA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2FF08C1" w14:textId="77777777" w:rsidR="00377113" w:rsidRDefault="00377113">
            <w:pPr>
              <w:keepNext/>
            </w:pPr>
          </w:p>
        </w:tc>
      </w:tr>
      <w:tr w:rsidR="00377113" w14:paraId="6A746F7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623411" w14:textId="77777777" w:rsidR="00377113" w:rsidRDefault="002B713C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377113" w14:paraId="34135F0A" w14:textId="77777777">
        <w:trPr>
          <w:cantSplit/>
          <w:trHeight w:val="510"/>
        </w:trPr>
        <w:tc>
          <w:tcPr>
            <w:tcW w:w="1606" w:type="dxa"/>
          </w:tcPr>
          <w:p w14:paraId="0FE58C8A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44D4F3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4E4DCF4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6AFD4CBD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5"/>
          </w:tcPr>
          <w:p w14:paraId="1275CF2C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4C997CA9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375049A5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1E260826" w14:textId="77777777" w:rsidR="00377113" w:rsidRDefault="00377113">
            <w:pPr>
              <w:keepNext/>
            </w:pPr>
          </w:p>
        </w:tc>
      </w:tr>
      <w:tr w:rsidR="00377113" w14:paraId="20F26A7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31D62D" w14:textId="77777777" w:rsidR="00377113" w:rsidRDefault="002B713C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377113" w14:paraId="14021D8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EC3E11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815C0EF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4"/>
          </w:tcPr>
          <w:p w14:paraId="1597517E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691DF8E2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3DE1D317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1B6BDCCB" w14:textId="77777777" w:rsidR="00377113" w:rsidRDefault="00377113">
            <w:pPr>
              <w:keepNext/>
            </w:pPr>
          </w:p>
        </w:tc>
      </w:tr>
      <w:tr w:rsidR="00377113" w14:paraId="35FE036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032BBD3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55C5EF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B36D30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570AD4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7EB3F9F1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98896A6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8084122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FB7A599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5895CD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877D4A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0825FC30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4487808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B31A664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AC94237" w14:textId="77777777" w:rsidR="00377113" w:rsidRDefault="00377113">
            <w:pPr>
              <w:keepNext/>
            </w:pPr>
          </w:p>
        </w:tc>
      </w:tr>
      <w:tr w:rsidR="00377113" w14:paraId="7E5729B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CD68FCA" w14:textId="77777777" w:rsidR="00377113" w:rsidRDefault="002B713C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77113" w14:paraId="66B951DB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E97DD8" w14:textId="77777777" w:rsidR="00377113" w:rsidRDefault="002B713C">
            <w:r>
              <w:rPr>
                <w:b/>
                <w:color w:val="0D5F78"/>
              </w:rPr>
              <w:t>Telefon / fax</w:t>
            </w:r>
          </w:p>
          <w:p w14:paraId="488DB23E" w14:textId="77777777" w:rsidR="00377113" w:rsidRDefault="00377113"/>
        </w:tc>
        <w:tc>
          <w:tcPr>
            <w:tcW w:w="5621" w:type="dxa"/>
            <w:gridSpan w:val="5"/>
          </w:tcPr>
          <w:p w14:paraId="7EFBC837" w14:textId="77777777" w:rsidR="00377113" w:rsidRDefault="002B713C">
            <w:r>
              <w:rPr>
                <w:b/>
                <w:color w:val="0D5F78"/>
              </w:rPr>
              <w:t>E-mail</w:t>
            </w:r>
          </w:p>
          <w:p w14:paraId="1C3CE210" w14:textId="77777777" w:rsidR="00377113" w:rsidRDefault="00377113"/>
        </w:tc>
      </w:tr>
    </w:tbl>
    <w:p w14:paraId="6E863ACA" w14:textId="77777777" w:rsidR="00377113" w:rsidRDefault="00377113">
      <w:pPr>
        <w:spacing w:line="168" w:lineRule="auto"/>
      </w:pPr>
    </w:p>
    <w:p w14:paraId="2E8A375E" w14:textId="77777777" w:rsidR="00377113" w:rsidRDefault="002B713C">
      <w:pPr>
        <w:spacing w:before="80" w:after="60"/>
        <w:jc w:val="center"/>
      </w:pPr>
      <w:r>
        <w:rPr>
          <w:sz w:val="18"/>
        </w:rPr>
        <w:t>în temeiul art. 257 alin. (17) din Legea nr. 169/2026 privind Codul amenajării teritoriului, urbanismului și construcțiilor,</w:t>
      </w:r>
    </w:p>
    <w:p w14:paraId="21143514" w14:textId="77777777" w:rsidR="00004412" w:rsidRDefault="002B713C">
      <w:pPr>
        <w:spacing w:before="80" w:after="60"/>
        <w:jc w:val="center"/>
        <w:rPr>
          <w:b/>
          <w:color w:val="000000"/>
          <w:sz w:val="18"/>
          <w:lang w:val="fr-FR"/>
        </w:rPr>
      </w:pPr>
      <w:r w:rsidRPr="00004412">
        <w:rPr>
          <w:sz w:val="18"/>
          <w:lang w:val="fr-FR"/>
        </w:rPr>
        <w:t>solicit prelungirea valabilității</w:t>
      </w:r>
      <w:r w:rsidR="00004412" w:rsidRPr="00004412">
        <w:rPr>
          <w:b/>
          <w:color w:val="000000"/>
          <w:sz w:val="18"/>
          <w:lang w:val="fr-FR"/>
        </w:rPr>
        <w:t xml:space="preserve"> </w:t>
      </w:r>
    </w:p>
    <w:p w14:paraId="077ADEDA" w14:textId="5045CE9D" w:rsidR="00377113" w:rsidRPr="00004412" w:rsidRDefault="00004412">
      <w:pPr>
        <w:spacing w:before="80" w:after="60"/>
        <w:jc w:val="center"/>
        <w:rPr>
          <w:sz w:val="20"/>
          <w:szCs w:val="20"/>
          <w:lang w:val="fr-FR"/>
        </w:rPr>
      </w:pPr>
      <w:r w:rsidRPr="00004412">
        <w:rPr>
          <w:b/>
          <w:color w:val="000000"/>
          <w:sz w:val="20"/>
          <w:szCs w:val="20"/>
          <w:lang w:val="fr-FR"/>
        </w:rPr>
        <w:t>CERTIFICATULUI DE URBANISM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803"/>
        <w:gridCol w:w="4818"/>
      </w:tblGrid>
      <w:tr w:rsidR="00377113" w14:paraId="62A1223F" w14:textId="77777777">
        <w:trPr>
          <w:cantSplit/>
          <w:trHeight w:val="510"/>
        </w:trPr>
        <w:tc>
          <w:tcPr>
            <w:tcW w:w="1606" w:type="dxa"/>
          </w:tcPr>
          <w:p w14:paraId="7765B9B1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491A8A0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32FEB634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70A0A594" w14:textId="77777777" w:rsidR="00377113" w:rsidRDefault="00377113">
            <w:pPr>
              <w:keepNext/>
            </w:pPr>
          </w:p>
        </w:tc>
        <w:tc>
          <w:tcPr>
            <w:tcW w:w="5621" w:type="dxa"/>
            <w:gridSpan w:val="2"/>
          </w:tcPr>
          <w:p w14:paraId="5DFD23E9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Emis de</w:t>
            </w:r>
          </w:p>
          <w:p w14:paraId="5357994E" w14:textId="77777777" w:rsidR="00377113" w:rsidRDefault="00377113">
            <w:pPr>
              <w:keepNext/>
            </w:pPr>
          </w:p>
        </w:tc>
      </w:tr>
      <w:tr w:rsidR="00377113" w14:paraId="356194D4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AABADB7" w14:textId="77777777" w:rsidR="00377113" w:rsidRDefault="002B713C">
            <w:r>
              <w:rPr>
                <w:b/>
                <w:color w:val="0D5F78"/>
              </w:rPr>
              <w:t>Prelungirea solicitată — de la data</w:t>
            </w:r>
          </w:p>
          <w:p w14:paraId="073435BA" w14:textId="77777777" w:rsidR="00377113" w:rsidRDefault="00377113"/>
        </w:tc>
        <w:tc>
          <w:tcPr>
            <w:tcW w:w="4818" w:type="dxa"/>
          </w:tcPr>
          <w:p w14:paraId="78FDD7CA" w14:textId="77777777" w:rsidR="00377113" w:rsidRDefault="002B713C">
            <w:r>
              <w:rPr>
                <w:b/>
                <w:color w:val="0D5F78"/>
              </w:rPr>
              <w:t>până la data</w:t>
            </w:r>
          </w:p>
          <w:p w14:paraId="3D4C5B91" w14:textId="77777777" w:rsidR="00377113" w:rsidRDefault="00377113"/>
        </w:tc>
      </w:tr>
    </w:tbl>
    <w:p w14:paraId="7B9769F8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377113" w14:paraId="18332584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AC950F1" w14:textId="77777777" w:rsidR="00377113" w:rsidRDefault="002B713C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377113" w14:paraId="248B564F" w14:textId="77777777">
        <w:trPr>
          <w:cantSplit/>
        </w:trPr>
        <w:tc>
          <w:tcPr>
            <w:tcW w:w="9636" w:type="dxa"/>
            <w:gridSpan w:val="6"/>
          </w:tcPr>
          <w:p w14:paraId="7D32E515" w14:textId="77777777" w:rsidR="00377113" w:rsidRDefault="002B713C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377113" w14:paraId="533C4D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7ADBF6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45515E0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5F352457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14C00203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2519EFDA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6F1351F6" w14:textId="77777777" w:rsidR="00377113" w:rsidRDefault="00377113">
            <w:pPr>
              <w:keepNext/>
            </w:pPr>
          </w:p>
        </w:tc>
      </w:tr>
      <w:tr w:rsidR="00377113" w14:paraId="2D9B8DB3" w14:textId="77777777">
        <w:trPr>
          <w:cantSplit/>
          <w:trHeight w:val="510"/>
        </w:trPr>
        <w:tc>
          <w:tcPr>
            <w:tcW w:w="1606" w:type="dxa"/>
          </w:tcPr>
          <w:p w14:paraId="4B72CFDF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E9D7B3A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3"/>
          </w:tcPr>
          <w:p w14:paraId="4A8D120C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0FA361F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39FAFBFC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CA1B947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134DC49E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97CA390" w14:textId="77777777" w:rsidR="00377113" w:rsidRDefault="00377113">
            <w:pPr>
              <w:keepNext/>
            </w:pPr>
          </w:p>
        </w:tc>
      </w:tr>
      <w:tr w:rsidR="00377113" w14:paraId="7B19E8B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397E352" w14:textId="77777777" w:rsidR="00377113" w:rsidRPr="00343BBA" w:rsidRDefault="002B713C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Număr cadastral</w:t>
            </w:r>
          </w:p>
          <w:p w14:paraId="3E14DDE5" w14:textId="77777777" w:rsidR="00377113" w:rsidRPr="00343BBA" w:rsidRDefault="00377113" w:rsidP="002B713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191820B" w14:textId="77777777" w:rsidR="00377113" w:rsidRDefault="002B713C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636B066" w14:textId="77777777" w:rsidR="00377113" w:rsidRDefault="00377113">
            <w:pPr>
              <w:keepNext/>
            </w:pPr>
          </w:p>
        </w:tc>
      </w:tr>
    </w:tbl>
    <w:p w14:paraId="2A5FFFCA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16CCAE3" w14:textId="77777777">
        <w:trPr>
          <w:cantSplit/>
        </w:trPr>
        <w:tc>
          <w:tcPr>
            <w:tcW w:w="9636" w:type="dxa"/>
            <w:shd w:val="clear" w:color="auto" w:fill="F4F4F4"/>
          </w:tcPr>
          <w:p w14:paraId="3FE4A3CD" w14:textId="77777777" w:rsidR="00377113" w:rsidRDefault="002B713C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377113" w:rsidRPr="00004412" w14:paraId="53555C64" w14:textId="77777777">
        <w:trPr>
          <w:cantSplit/>
        </w:trPr>
        <w:tc>
          <w:tcPr>
            <w:tcW w:w="9636" w:type="dxa"/>
          </w:tcPr>
          <w:p w14:paraId="05B03106" w14:textId="77777777" w:rsidR="00377113" w:rsidRPr="00343BBA" w:rsidRDefault="002B713C">
            <w:pPr>
              <w:rPr>
                <w:lang w:val="fr-FR"/>
              </w:rPr>
            </w:pPr>
            <w:r w:rsidRPr="00343BBA">
              <w:rPr>
                <w:sz w:val="16"/>
                <w:lang w:val="fr-FR"/>
              </w:rPr>
              <w:t xml:space="preserve"> ☐ certificatul de urbanism (în original)     ☐ documentul privind achitarea taxei (copie)</w:t>
            </w:r>
          </w:p>
        </w:tc>
      </w:tr>
    </w:tbl>
    <w:p w14:paraId="0CC63E6D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77113" w14:paraId="67AC911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C5583C3" w14:textId="77777777" w:rsidR="00377113" w:rsidRDefault="002B713C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77113" w14:paraId="2C613BE7" w14:textId="77777777">
        <w:trPr>
          <w:cantSplit/>
          <w:trHeight w:val="510"/>
        </w:trPr>
        <w:tc>
          <w:tcPr>
            <w:tcW w:w="1606" w:type="dxa"/>
          </w:tcPr>
          <w:p w14:paraId="6247744D" w14:textId="77777777" w:rsidR="00377113" w:rsidRDefault="002B713C">
            <w:r>
              <w:rPr>
                <w:b/>
                <w:color w:val="0D5F78"/>
              </w:rPr>
              <w:t>Data</w:t>
            </w:r>
          </w:p>
          <w:p w14:paraId="6A45905A" w14:textId="77777777" w:rsidR="00377113" w:rsidRDefault="00377113"/>
        </w:tc>
        <w:tc>
          <w:tcPr>
            <w:tcW w:w="4818" w:type="dxa"/>
          </w:tcPr>
          <w:p w14:paraId="09BFB97F" w14:textId="77777777" w:rsidR="00377113" w:rsidRDefault="002B713C">
            <w:r>
              <w:rPr>
                <w:b/>
                <w:color w:val="0D5F78"/>
              </w:rPr>
              <w:t>Solicitantul</w:t>
            </w:r>
          </w:p>
          <w:p w14:paraId="1B3BE6B9" w14:textId="77777777" w:rsidR="00377113" w:rsidRDefault="00377113"/>
        </w:tc>
        <w:tc>
          <w:tcPr>
            <w:tcW w:w="3212" w:type="dxa"/>
          </w:tcPr>
          <w:p w14:paraId="640F19C7" w14:textId="77777777" w:rsidR="00377113" w:rsidRDefault="002B713C">
            <w:r>
              <w:rPr>
                <w:b/>
                <w:color w:val="0D5F78"/>
              </w:rPr>
              <w:t>Semnătura</w:t>
            </w:r>
          </w:p>
          <w:p w14:paraId="325CC794" w14:textId="77777777" w:rsidR="00377113" w:rsidRDefault="00377113"/>
        </w:tc>
      </w:tr>
    </w:tbl>
    <w:p w14:paraId="2943DD2B" w14:textId="77777777" w:rsidR="00377113" w:rsidRDefault="00377113">
      <w:pPr>
        <w:spacing w:line="168" w:lineRule="auto"/>
      </w:pPr>
    </w:p>
    <w:sectPr w:rsidR="00377113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8718F" w14:textId="77777777" w:rsidR="002824E6" w:rsidRDefault="002824E6">
      <w:r>
        <w:separator/>
      </w:r>
    </w:p>
  </w:endnote>
  <w:endnote w:type="continuationSeparator" w:id="0">
    <w:p w14:paraId="0E7B0B06" w14:textId="77777777" w:rsidR="002824E6" w:rsidRDefault="0028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D574D" w14:textId="77777777" w:rsidR="00177D69" w:rsidRDefault="00177D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A959F" w14:textId="77777777" w:rsidR="00377113" w:rsidRDefault="002B713C">
    <w:pPr>
      <w:pStyle w:val="Footer"/>
      <w:tabs>
        <w:tab w:val="right" w:pos="9639"/>
      </w:tabs>
      <w:rPr>
        <w:color w:val="595959"/>
      </w:rPr>
    </w:pPr>
    <w:r>
      <w:rPr>
        <w:color w:val="595959"/>
      </w:rPr>
      <w:t>F_CU_03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2487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24872">
      <w:rPr>
        <w:noProof/>
        <w:color w:val="595959"/>
      </w:rPr>
      <w:t>1</w:t>
    </w:r>
    <w:r>
      <w:rPr>
        <w:color w:val="595959"/>
      </w:rPr>
      <w:fldChar w:fldCharType="end"/>
    </w:r>
  </w:p>
  <w:p w14:paraId="135B238F" w14:textId="77777777" w:rsidR="002B713C" w:rsidRPr="00EB6865" w:rsidRDefault="002B713C" w:rsidP="002B713C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r w:rsidRPr="00EB6865">
      <w:rPr>
        <w:rFonts w:ascii="Arial Narrow" w:hAnsi="Arial Narrow"/>
        <w:i/>
        <w:color w:val="808080"/>
        <w:sz w:val="16"/>
        <w:szCs w:val="16"/>
      </w:rPr>
      <w:t>Primăria Municipiului Giurgiu este Operator de Date cu Caracter Personal în conformitate cu prevederile art. 6, lit. (c) și (e) ale Regulamentul UE 679/ 2016.</w:t>
    </w:r>
  </w:p>
  <w:p w14:paraId="2A6FE34B" w14:textId="77777777" w:rsidR="002B713C" w:rsidRDefault="002B713C" w:rsidP="002B713C">
    <w:pPr>
      <w:pStyle w:val="Footer"/>
      <w:tabs>
        <w:tab w:val="right" w:pos="9639"/>
      </w:tabs>
    </w:pPr>
  </w:p>
  <w:p w14:paraId="3B039440" w14:textId="77777777" w:rsidR="002B713C" w:rsidRDefault="002B713C">
    <w:pPr>
      <w:pStyle w:val="Footer"/>
      <w:tabs>
        <w:tab w:val="right" w:pos="9639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F30CC" w14:textId="77777777" w:rsidR="00177D69" w:rsidRDefault="00177D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1591B" w14:textId="77777777" w:rsidR="002824E6" w:rsidRDefault="002824E6">
      <w:r>
        <w:separator/>
      </w:r>
    </w:p>
  </w:footnote>
  <w:footnote w:type="continuationSeparator" w:id="0">
    <w:p w14:paraId="0E31A7FD" w14:textId="77777777" w:rsidR="002824E6" w:rsidRDefault="00282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EA82" w14:textId="77777777" w:rsidR="00177D69" w:rsidRDefault="00177D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78D05" w14:textId="77777777" w:rsidR="00177D69" w:rsidRDefault="00177D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94657" w14:textId="77777777" w:rsidR="00177D69" w:rsidRDefault="00177D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412"/>
    <w:rsid w:val="00034616"/>
    <w:rsid w:val="0006063C"/>
    <w:rsid w:val="0015074B"/>
    <w:rsid w:val="00177D69"/>
    <w:rsid w:val="00200236"/>
    <w:rsid w:val="002824E6"/>
    <w:rsid w:val="0029639D"/>
    <w:rsid w:val="002B713C"/>
    <w:rsid w:val="00326F90"/>
    <w:rsid w:val="00343BBA"/>
    <w:rsid w:val="00377113"/>
    <w:rsid w:val="00624872"/>
    <w:rsid w:val="006C103E"/>
    <w:rsid w:val="00AA1D8D"/>
    <w:rsid w:val="00B47730"/>
    <w:rsid w:val="00CB0664"/>
    <w:rsid w:val="00CD60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D59A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7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71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7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7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DF942D-A416-4695-982F-03F34406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5</cp:revision>
  <cp:lastPrinted>2026-09-01T05:59:00Z</cp:lastPrinted>
  <dcterms:created xsi:type="dcterms:W3CDTF">2026-08-31T06:06:00Z</dcterms:created>
  <dcterms:modified xsi:type="dcterms:W3CDTF">2026-09-01T05:59:00Z</dcterms:modified>
</cp:coreProperties>
</file>