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1E1635" w14:paraId="4C68BCA7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73C7D55" w14:textId="28AA2A12" w:rsidR="001E1635" w:rsidRDefault="000E4A4F">
            <w:pPr>
              <w:keepNext/>
              <w:jc w:val="center"/>
            </w:pP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drawing>
                <wp:inline distT="0" distB="0" distL="0" distR="0" wp14:anchorId="231CB14F" wp14:editId="1ECAE317">
                  <wp:extent cx="939800" cy="1117600"/>
                  <wp:effectExtent l="0" t="0" r="0" b="6350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46A0FA06" w14:textId="4EB18B45" w:rsidR="001E1635" w:rsidRDefault="000E4A4F">
            <w:pPr>
              <w:keepNext/>
            </w:pPr>
            <w:r>
              <w:rPr>
                <w:b/>
                <w:color w:val="0D5F78"/>
              </w:rPr>
              <w:t xml:space="preserve">Județul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28A49159" w14:textId="77777777" w:rsidR="001E1635" w:rsidRDefault="001E1635">
            <w:pPr>
              <w:keepNext/>
            </w:pPr>
          </w:p>
        </w:tc>
      </w:tr>
      <w:tr w:rsidR="000E4A4F" w14:paraId="51C0757A" w14:textId="77777777">
        <w:trPr>
          <w:cantSplit/>
          <w:trHeight w:val="510"/>
        </w:trPr>
        <w:tc>
          <w:tcPr>
            <w:tcW w:w="1606" w:type="dxa"/>
            <w:vMerge/>
          </w:tcPr>
          <w:p w14:paraId="691A2AC8" w14:textId="77777777" w:rsidR="000E4A4F" w:rsidRDefault="000E4A4F"/>
        </w:tc>
        <w:tc>
          <w:tcPr>
            <w:tcW w:w="8030" w:type="dxa"/>
            <w:gridSpan w:val="3"/>
            <w:shd w:val="clear" w:color="auto" w:fill="F0F0F0"/>
          </w:tcPr>
          <w:p w14:paraId="04E7F576" w14:textId="42927392" w:rsidR="000E4A4F" w:rsidRDefault="000E4A4F">
            <w:pPr>
              <w:keepNext/>
            </w:pPr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Primăria Municipiului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  <w:r>
              <w:t xml:space="preserve"> </w:t>
            </w:r>
          </w:p>
        </w:tc>
      </w:tr>
      <w:tr w:rsidR="000E4A4F" w14:paraId="2631F304" w14:textId="77777777">
        <w:trPr>
          <w:cantSplit/>
          <w:trHeight w:val="510"/>
        </w:trPr>
        <w:tc>
          <w:tcPr>
            <w:tcW w:w="1606" w:type="dxa"/>
            <w:vMerge/>
          </w:tcPr>
          <w:p w14:paraId="5F679958" w14:textId="77777777" w:rsidR="000E4A4F" w:rsidRDefault="000E4A4F"/>
        </w:tc>
        <w:tc>
          <w:tcPr>
            <w:tcW w:w="2409" w:type="dxa"/>
            <w:shd w:val="clear" w:color="auto" w:fill="F0F0F0"/>
          </w:tcPr>
          <w:p w14:paraId="2C1FFF6E" w14:textId="77777777" w:rsidR="000E4A4F" w:rsidRPr="00F801F2" w:rsidRDefault="000E4A4F" w:rsidP="000E4A4F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de identificare fiscală </w:t>
            </w:r>
          </w:p>
          <w:p w14:paraId="5C37BD63" w14:textId="6296F726" w:rsidR="000E4A4F" w:rsidRPr="006257CA" w:rsidRDefault="000E4A4F" w:rsidP="000E4A4F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616968D6" w14:textId="77777777" w:rsidR="000E4A4F" w:rsidRDefault="000E4A4F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0EA9E139" w14:textId="19E85B25" w:rsidR="000E4A4F" w:rsidRDefault="000E4A4F">
            <w:pPr>
              <w:keepNext/>
            </w:pPr>
            <w:r w:rsidRPr="00CA102A">
              <w:rPr>
                <w:rFonts w:cs="Times New Roman"/>
                <w:sz w:val="16"/>
                <w:szCs w:val="16"/>
              </w:rPr>
              <w:t>Bd. București, nr. 49-51, Giurgiu, Județul Giurgiu, România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  <w:sz w:val="16"/>
                  <w:szCs w:val="16"/>
                </w:rPr>
                <w:t>primarie@primariagiurgiu.ro</w:t>
              </w:r>
            </w:hyperlink>
          </w:p>
        </w:tc>
      </w:tr>
      <w:tr w:rsidR="000E4A4F" w14:paraId="0E65AED2" w14:textId="77777777">
        <w:trPr>
          <w:cantSplit/>
          <w:trHeight w:val="510"/>
        </w:trPr>
        <w:tc>
          <w:tcPr>
            <w:tcW w:w="1606" w:type="dxa"/>
            <w:vMerge/>
          </w:tcPr>
          <w:p w14:paraId="6544B9D7" w14:textId="77777777" w:rsidR="000E4A4F" w:rsidRDefault="000E4A4F"/>
        </w:tc>
        <w:tc>
          <w:tcPr>
            <w:tcW w:w="4818" w:type="dxa"/>
            <w:gridSpan w:val="2"/>
            <w:shd w:val="clear" w:color="auto" w:fill="F0F0F0"/>
          </w:tcPr>
          <w:p w14:paraId="189A61B2" w14:textId="77777777" w:rsidR="000E4A4F" w:rsidRDefault="000E4A4F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75A2B56A" w14:textId="77777777" w:rsidR="000E4A4F" w:rsidRDefault="000E4A4F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E1695D8" w14:textId="77777777" w:rsidR="000E4A4F" w:rsidRDefault="000E4A4F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37F86DD" w14:textId="77777777" w:rsidR="000E4A4F" w:rsidRDefault="000E4A4F">
            <w:pPr>
              <w:keepNext/>
            </w:pPr>
          </w:p>
        </w:tc>
      </w:tr>
    </w:tbl>
    <w:p w14:paraId="1DD2FBAB" w14:textId="6A747212" w:rsidR="001E1635" w:rsidRPr="00A37FAC" w:rsidRDefault="000E4A4F" w:rsidP="006257CA">
      <w:pPr>
        <w:spacing w:before="140" w:after="40"/>
        <w:jc w:val="center"/>
        <w:rPr>
          <w:sz w:val="28"/>
          <w:szCs w:val="28"/>
        </w:rPr>
      </w:pPr>
      <w:r w:rsidRPr="00A37FAC">
        <w:rPr>
          <w:b/>
          <w:sz w:val="28"/>
          <w:szCs w:val="28"/>
        </w:rPr>
        <w:t>CERERE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2045E07B" w14:textId="77777777">
        <w:trPr>
          <w:cantSplit/>
        </w:trPr>
        <w:tc>
          <w:tcPr>
            <w:tcW w:w="9636" w:type="dxa"/>
            <w:shd w:val="clear" w:color="auto" w:fill="F4F4F4"/>
          </w:tcPr>
          <w:p w14:paraId="420DA37E" w14:textId="77777777" w:rsidR="001E1635" w:rsidRDefault="000E4A4F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1E1635" w:rsidRPr="00A37FAC" w14:paraId="3420F494" w14:textId="77777777">
        <w:trPr>
          <w:cantSplit/>
          <w:trHeight w:val="510"/>
        </w:trPr>
        <w:tc>
          <w:tcPr>
            <w:tcW w:w="9636" w:type="dxa"/>
          </w:tcPr>
          <w:p w14:paraId="5258CF99" w14:textId="4F4113EB" w:rsidR="001E1635" w:rsidRPr="006257CA" w:rsidRDefault="000E4A4F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 Municipiului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1E1635" w:rsidRPr="00A37FAC" w14:paraId="75BAA432" w14:textId="77777777">
        <w:trPr>
          <w:cantSplit/>
        </w:trPr>
        <w:tc>
          <w:tcPr>
            <w:tcW w:w="9636" w:type="dxa"/>
            <w:shd w:val="clear" w:color="auto" w:fill="F4F4F4"/>
          </w:tcPr>
          <w:p w14:paraId="6F539CFE" w14:textId="10AE428E" w:rsidR="001E1635" w:rsidRPr="006257CA" w:rsidRDefault="000E4A4F">
            <w:pPr>
              <w:spacing w:line="228" w:lineRule="auto"/>
              <w:rPr>
                <w:lang w:val="fr-FR"/>
              </w:rPr>
            </w:pPr>
            <w:r w:rsidRPr="00F801F2">
              <w:rPr>
                <w:lang w:val="fr-FR"/>
              </w:rPr>
              <w:t xml:space="preserve">Cererea va fi transmisă către </w:t>
            </w:r>
            <w:r>
              <w:rPr>
                <w:lang w:val="fr-FR"/>
              </w:rPr>
              <w:t>primarul municipiului Giurgiu</w:t>
            </w:r>
          </w:p>
        </w:tc>
      </w:tr>
    </w:tbl>
    <w:p w14:paraId="143A0FF9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E1635" w14:paraId="5854020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2837609" w14:textId="77777777" w:rsidR="001E1635" w:rsidRDefault="000E4A4F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1E1635" w14:paraId="4480B39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9DF6AD7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B1283D5" w14:textId="77777777" w:rsidR="001E1635" w:rsidRDefault="001E1635">
            <w:pPr>
              <w:keepNext/>
            </w:pPr>
          </w:p>
        </w:tc>
        <w:tc>
          <w:tcPr>
            <w:tcW w:w="4015" w:type="dxa"/>
            <w:gridSpan w:val="3"/>
          </w:tcPr>
          <w:p w14:paraId="10587865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D0F7177" w14:textId="77777777" w:rsidR="001E1635" w:rsidRDefault="001E1635">
            <w:pPr>
              <w:keepNext/>
            </w:pPr>
          </w:p>
        </w:tc>
      </w:tr>
      <w:tr w:rsidR="001E1635" w14:paraId="281AC3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76FED4" w14:textId="77777777" w:rsidR="001E1635" w:rsidRDefault="000E4A4F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1E1635" w14:paraId="3790C6C1" w14:textId="77777777">
        <w:trPr>
          <w:cantSplit/>
          <w:trHeight w:val="510"/>
        </w:trPr>
        <w:tc>
          <w:tcPr>
            <w:tcW w:w="1606" w:type="dxa"/>
          </w:tcPr>
          <w:p w14:paraId="25C5910B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75A06B3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43BFC13E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2E65348D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5"/>
          </w:tcPr>
          <w:p w14:paraId="7B9DD492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0F0CC9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60E597E4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00FA57" w14:textId="77777777" w:rsidR="001E1635" w:rsidRDefault="001E1635">
            <w:pPr>
              <w:keepNext/>
            </w:pPr>
          </w:p>
        </w:tc>
      </w:tr>
      <w:tr w:rsidR="001E1635" w14:paraId="67FFBA1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825AA36" w14:textId="77777777" w:rsidR="001E1635" w:rsidRDefault="000E4A4F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1E1635" w14:paraId="5A3E1F2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89435AA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48DBA502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4"/>
          </w:tcPr>
          <w:p w14:paraId="2D5606EF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854C40F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46F246FF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79A6C6B" w14:textId="77777777" w:rsidR="001E1635" w:rsidRDefault="001E1635">
            <w:pPr>
              <w:keepNext/>
            </w:pPr>
          </w:p>
        </w:tc>
      </w:tr>
      <w:tr w:rsidR="001E1635" w14:paraId="476479A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3E3D04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AB7831E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0D2DE660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4EBA780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4F859CEF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3E268F2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2FE0E9E0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27907AC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8282E65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888BB8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508ECD8F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170C48A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2E309097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827BC03" w14:textId="77777777" w:rsidR="001E1635" w:rsidRDefault="001E1635">
            <w:pPr>
              <w:keepNext/>
            </w:pPr>
          </w:p>
        </w:tc>
      </w:tr>
      <w:tr w:rsidR="001E1635" w14:paraId="4797D9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9D0A0F" w14:textId="77777777" w:rsidR="001E1635" w:rsidRDefault="000E4A4F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1E1635" w14:paraId="10DC5DD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77983B2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7BBE1A21" w14:textId="77777777" w:rsidR="001E1635" w:rsidRDefault="001E1635">
            <w:pPr>
              <w:keepNext/>
            </w:pPr>
          </w:p>
        </w:tc>
        <w:tc>
          <w:tcPr>
            <w:tcW w:w="5621" w:type="dxa"/>
            <w:gridSpan w:val="5"/>
          </w:tcPr>
          <w:p w14:paraId="46FD555B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7FC05727" w14:textId="77777777" w:rsidR="001E1635" w:rsidRDefault="001E1635">
            <w:pPr>
              <w:keepNext/>
            </w:pPr>
          </w:p>
        </w:tc>
      </w:tr>
      <w:tr w:rsidR="001E1635" w14:paraId="22088E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109DA4C" w14:textId="77777777" w:rsidR="001E1635" w:rsidRDefault="000E4A4F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1E1635" w14:paraId="10CEC70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D5CCA69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2BCE0519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19A65997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1DC7B09A" w14:textId="77777777" w:rsidR="001E1635" w:rsidRDefault="001E1635">
            <w:pPr>
              <w:keepNext/>
            </w:pPr>
          </w:p>
        </w:tc>
      </w:tr>
      <w:tr w:rsidR="001E1635" w:rsidRPr="00A37FAC" w14:paraId="345755EE" w14:textId="77777777">
        <w:trPr>
          <w:cantSplit/>
        </w:trPr>
        <w:tc>
          <w:tcPr>
            <w:tcW w:w="9636" w:type="dxa"/>
            <w:gridSpan w:val="8"/>
          </w:tcPr>
          <w:p w14:paraId="67B56101" w14:textId="77777777" w:rsidR="001E1635" w:rsidRPr="006257CA" w:rsidRDefault="000E4A4F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titular al dreptului de proprietate     ☐ împuternicit al titularului</w:t>
            </w:r>
          </w:p>
        </w:tc>
      </w:tr>
    </w:tbl>
    <w:p w14:paraId="15885AE3" w14:textId="77777777" w:rsidR="001E1635" w:rsidRPr="006257CA" w:rsidRDefault="001E1635">
      <w:pPr>
        <w:spacing w:line="168" w:lineRule="auto"/>
        <w:rPr>
          <w:lang w:val="fr-FR"/>
        </w:rPr>
      </w:pPr>
    </w:p>
    <w:p w14:paraId="2B137E9F" w14:textId="77777777" w:rsidR="001E1635" w:rsidRPr="006257CA" w:rsidRDefault="000E4A4F" w:rsidP="000E4A4F">
      <w:pPr>
        <w:spacing w:after="60"/>
        <w:jc w:val="center"/>
        <w:rPr>
          <w:lang w:val="fr-FR"/>
        </w:rPr>
      </w:pPr>
      <w:r w:rsidRPr="006257CA">
        <w:rPr>
          <w:sz w:val="18"/>
          <w:lang w:val="fr-FR"/>
        </w:rPr>
        <w:t>în conformitate cu prevederile Legii nr. 169/2026 privind Codul amenajării teritoriului, urbanismului și construcțiilor,</w:t>
      </w:r>
    </w:p>
    <w:p w14:paraId="25ED7088" w14:textId="77777777" w:rsidR="001E1635" w:rsidRPr="006257CA" w:rsidRDefault="000E4A4F">
      <w:pPr>
        <w:spacing w:before="80" w:after="60"/>
        <w:jc w:val="center"/>
        <w:rPr>
          <w:lang w:val="fr-FR"/>
        </w:rPr>
      </w:pPr>
      <w:r w:rsidRPr="006257CA">
        <w:rPr>
          <w:sz w:val="18"/>
          <w:lang w:val="fr-FR"/>
        </w:rPr>
        <w:t>solicit emiterea</w:t>
      </w:r>
    </w:p>
    <w:p w14:paraId="2102D1EC" w14:textId="77777777" w:rsidR="001E1635" w:rsidRPr="006257CA" w:rsidRDefault="000E4A4F" w:rsidP="000E4A4F">
      <w:pPr>
        <w:jc w:val="center"/>
        <w:rPr>
          <w:lang w:val="fr-FR"/>
        </w:rPr>
      </w:pPr>
      <w:r w:rsidRPr="006257CA">
        <w:rPr>
          <w:b/>
          <w:sz w:val="20"/>
          <w:lang w:val="fr-FR"/>
        </w:rPr>
        <w:t>CERTIFICATULUI DE URBANISM</w:t>
      </w:r>
    </w:p>
    <w:p w14:paraId="043C0D46" w14:textId="77777777" w:rsidR="001E1635" w:rsidRDefault="000E4A4F" w:rsidP="000E4A4F">
      <w:pPr>
        <w:jc w:val="center"/>
        <w:rPr>
          <w:b/>
          <w:sz w:val="20"/>
          <w:lang w:val="fr-FR"/>
        </w:rPr>
      </w:pPr>
      <w:r w:rsidRPr="006257CA">
        <w:rPr>
          <w:b/>
          <w:sz w:val="20"/>
          <w:lang w:val="fr-FR"/>
        </w:rPr>
        <w:t>PENTRU OPERAȚIUNI CADASTRALE</w:t>
      </w:r>
    </w:p>
    <w:p w14:paraId="4CEECD5A" w14:textId="77777777" w:rsidR="000E4A4F" w:rsidRDefault="000E4A4F" w:rsidP="000E4A4F">
      <w:pPr>
        <w:jc w:val="center"/>
        <w:rPr>
          <w:b/>
          <w:sz w:val="20"/>
          <w:lang w:val="fr-F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6257CA" w:rsidRPr="006257CA" w14:paraId="1F9B2A48" w14:textId="77777777" w:rsidTr="006257CA">
        <w:tc>
          <w:tcPr>
            <w:tcW w:w="9636" w:type="dxa"/>
          </w:tcPr>
          <w:p w14:paraId="231CB6BD" w14:textId="5A290929" w:rsidR="006257CA" w:rsidRPr="006257CA" w:rsidRDefault="006257CA" w:rsidP="00C245EC">
            <w:pPr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r w:rsidRPr="006257CA">
              <w:rPr>
                <w:b/>
                <w:bCs/>
                <w:sz w:val="18"/>
                <w:szCs w:val="18"/>
              </w:rPr>
              <w:t>ÎN  VEDEREA REALIZĂRII OPERAȚIUNII CADATRALE :</w:t>
            </w:r>
          </w:p>
        </w:tc>
      </w:tr>
      <w:tr w:rsidR="006257CA" w:rsidRPr="00A37FAC" w14:paraId="3DEC5D63" w14:textId="77777777" w:rsidTr="006257CA">
        <w:tc>
          <w:tcPr>
            <w:tcW w:w="9636" w:type="dxa"/>
          </w:tcPr>
          <w:p w14:paraId="008D0B05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comasare (alipire)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dezmembrare (dezlipire)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nscrierea unor servitu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 de trecere</w:t>
            </w:r>
          </w:p>
        </w:tc>
      </w:tr>
      <w:tr w:rsidR="006257CA" w:rsidRPr="00A37FAC" w14:paraId="13134CBC" w14:textId="77777777" w:rsidTr="006257CA">
        <w:tc>
          <w:tcPr>
            <w:tcW w:w="9636" w:type="dxa"/>
          </w:tcPr>
          <w:p w14:paraId="2FC77D01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 xml:space="preserve">ieri de imobile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 cartea funciar</w:t>
            </w:r>
            <w:r w:rsidRPr="000F0E2F">
              <w:rPr>
                <w:rFonts w:cs="Times New Roman"/>
                <w:lang w:val="fr-FR"/>
              </w:rPr>
              <w:t>ă</w:t>
            </w:r>
            <w:r w:rsidRPr="000F0E2F">
              <w:rPr>
                <w:lang w:val="fr-FR"/>
              </w:rPr>
              <w:t xml:space="preserve">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reeviden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 xml:space="preserve">ieri de imobile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 cartea funciar</w:t>
            </w:r>
            <w:r w:rsidRPr="000F0E2F">
              <w:rPr>
                <w:rFonts w:cs="Times New Roman"/>
                <w:lang w:val="fr-FR"/>
              </w:rPr>
              <w:t>ă</w:t>
            </w:r>
          </w:p>
        </w:tc>
      </w:tr>
      <w:tr w:rsidR="001E1635" w14:paraId="4130274C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  <w:shd w:val="clear" w:color="auto" w:fill="F4F4F4"/>
          </w:tcPr>
          <w:p w14:paraId="0ED5F54C" w14:textId="12969A2F" w:rsidR="001E1635" w:rsidRDefault="006257CA">
            <w:pPr>
              <w:keepNext/>
            </w:pPr>
            <w:r>
              <w:rPr>
                <w:sz w:val="16"/>
                <w:lang w:val="fr-FR"/>
              </w:rPr>
              <w:t>Descrierea operațiunii cadastrale propuse :</w:t>
            </w:r>
          </w:p>
        </w:tc>
      </w:tr>
      <w:tr w:rsidR="001E1635" w14:paraId="2E947D31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</w:tcPr>
          <w:p w14:paraId="6F605B69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  <w:p w14:paraId="5E9FABF3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1939A91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E1635" w14:paraId="41F9A1C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69D7761" w14:textId="0F69B76E" w:rsidR="001E1635" w:rsidRDefault="000E4A4F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 w:rsidR="006257CA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1E1635" w14:paraId="5CECB338" w14:textId="77777777">
        <w:trPr>
          <w:cantSplit/>
        </w:trPr>
        <w:tc>
          <w:tcPr>
            <w:tcW w:w="9636" w:type="dxa"/>
            <w:gridSpan w:val="6"/>
          </w:tcPr>
          <w:p w14:paraId="20BF109A" w14:textId="77777777" w:rsidR="001E1635" w:rsidRDefault="000E4A4F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1E1635" w14:paraId="45CA87B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FA44BEC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D01A21B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22B4CBF0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D007FC5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67326A47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14240B19" w14:textId="77777777" w:rsidR="001E1635" w:rsidRDefault="001E1635">
            <w:pPr>
              <w:keepNext/>
            </w:pPr>
          </w:p>
        </w:tc>
      </w:tr>
      <w:tr w:rsidR="001E1635" w14:paraId="558EF397" w14:textId="77777777">
        <w:trPr>
          <w:cantSplit/>
          <w:trHeight w:val="510"/>
        </w:trPr>
        <w:tc>
          <w:tcPr>
            <w:tcW w:w="1606" w:type="dxa"/>
          </w:tcPr>
          <w:p w14:paraId="05C62658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DB9B8CA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3"/>
          </w:tcPr>
          <w:p w14:paraId="78F2E769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9A492AB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99B76C6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C285CCD" w14:textId="77777777" w:rsidR="001E1635" w:rsidRDefault="001E1635">
            <w:pPr>
              <w:keepNext/>
            </w:pPr>
          </w:p>
        </w:tc>
        <w:tc>
          <w:tcPr>
            <w:tcW w:w="2409" w:type="dxa"/>
          </w:tcPr>
          <w:p w14:paraId="737CFA43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C99DBB8" w14:textId="77777777" w:rsidR="001E1635" w:rsidRDefault="001E1635">
            <w:pPr>
              <w:keepNext/>
            </w:pPr>
          </w:p>
        </w:tc>
      </w:tr>
      <w:tr w:rsidR="001E1635" w14:paraId="7C749B99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823C836" w14:textId="77777777" w:rsidR="001E1635" w:rsidRPr="006257CA" w:rsidRDefault="000E4A4F">
            <w:pPr>
              <w:keepNext/>
              <w:rPr>
                <w:lang w:val="fr-FR"/>
              </w:rPr>
            </w:pPr>
            <w:r w:rsidRPr="006257CA">
              <w:rPr>
                <w:b/>
                <w:color w:val="0D5F78"/>
                <w:lang w:val="fr-FR"/>
              </w:rPr>
              <w:t>Număr cadastral</w:t>
            </w:r>
          </w:p>
          <w:p w14:paraId="3FC4B016" w14:textId="77777777" w:rsidR="001E1635" w:rsidRPr="006257CA" w:rsidRDefault="000E4A4F">
            <w:pPr>
              <w:keepNext/>
              <w:rPr>
                <w:lang w:val="fr-FR"/>
              </w:rPr>
            </w:pPr>
            <w:r w:rsidRPr="006257C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77A4081E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6AD855B7" w14:textId="77777777" w:rsidR="001E1635" w:rsidRDefault="000E4A4F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85D4033" w14:textId="77777777" w:rsidR="001E1635" w:rsidRDefault="001E1635">
            <w:pPr>
              <w:keepNext/>
            </w:pPr>
          </w:p>
        </w:tc>
      </w:tr>
    </w:tbl>
    <w:p w14:paraId="6A8F4A2A" w14:textId="1AAC5F68" w:rsidR="001E1635" w:rsidRPr="006257CA" w:rsidRDefault="001E1635" w:rsidP="006257CA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748EC5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61D13D6" w14:textId="77777777" w:rsidR="001E1635" w:rsidRDefault="000E4A4F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1E1635" w:rsidRPr="00A37FAC" w14:paraId="289229A3" w14:textId="77777777">
        <w:trPr>
          <w:cantSplit/>
        </w:trPr>
        <w:tc>
          <w:tcPr>
            <w:tcW w:w="9636" w:type="dxa"/>
          </w:tcPr>
          <w:p w14:paraId="595ED756" w14:textId="6E06C131" w:rsidR="006257CA" w:rsidRDefault="000E4A4F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documentația cadastrală     </w:t>
            </w:r>
            <w:r w:rsidR="006257CA">
              <w:rPr>
                <w:sz w:val="16"/>
                <w:lang w:val="fr-FR"/>
              </w:rPr>
              <w:t xml:space="preserve">                         </w:t>
            </w:r>
            <w:r w:rsidR="006257CA"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6257CA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="006257CA" w:rsidRPr="006257CA">
              <w:rPr>
                <w:sz w:val="16"/>
                <w:lang w:val="fr-FR"/>
              </w:rPr>
              <w:t>plan cu o propunere de comasare/dezmembrare</w:t>
            </w:r>
          </w:p>
          <w:p w14:paraId="2445E5EB" w14:textId="2BE49333" w:rsidR="001E1635" w:rsidRPr="006257CA" w:rsidRDefault="006257CA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</w:t>
            </w:r>
            <w:r w:rsidRPr="006257CA">
              <w:rPr>
                <w:sz w:val="16"/>
                <w:lang w:val="fr-FR"/>
              </w:rPr>
              <w:t>☐ extras de carte funciară actualizat</w:t>
            </w:r>
            <w:r>
              <w:rPr>
                <w:sz w:val="16"/>
                <w:lang w:val="fr-FR"/>
              </w:rPr>
              <w:t xml:space="preserve">              </w:t>
            </w:r>
            <w:r w:rsidRPr="006257CA">
              <w:rPr>
                <w:sz w:val="16"/>
                <w:lang w:val="fr-FR"/>
              </w:rPr>
              <w:t>☐ plan de încadrare în zonă în sistem Stereo 70</w:t>
            </w:r>
            <w:r>
              <w:rPr>
                <w:sz w:val="16"/>
                <w:lang w:val="fr-FR"/>
              </w:rPr>
              <w:t xml:space="preserve">                    </w:t>
            </w:r>
            <w:r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6257CA">
              <w:rPr>
                <w:sz w:val="16"/>
                <w:lang w:val="fr-FR"/>
              </w:rPr>
              <w:t xml:space="preserve"> împuternicirea, dacă este cazul      </w:t>
            </w:r>
          </w:p>
        </w:tc>
      </w:tr>
    </w:tbl>
    <w:p w14:paraId="0A540DB6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E1635" w14:paraId="457DF426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559EBB22" w14:textId="77777777" w:rsidR="001E1635" w:rsidRDefault="000E4A4F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1E1635" w:rsidRPr="00A37FAC" w14:paraId="49112FAF" w14:textId="77777777">
        <w:trPr>
          <w:cantSplit/>
        </w:trPr>
        <w:tc>
          <w:tcPr>
            <w:tcW w:w="9636" w:type="dxa"/>
            <w:gridSpan w:val="3"/>
          </w:tcPr>
          <w:p w14:paraId="0C0C25C2" w14:textId="77777777" w:rsidR="001E1635" w:rsidRPr="006257CA" w:rsidRDefault="000E4A4F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  <w:tr w:rsidR="001E1635" w14:paraId="31A38AB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548B70E" w14:textId="77777777" w:rsidR="001E1635" w:rsidRDefault="000E4A4F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1E1635" w14:paraId="5E47B751" w14:textId="77777777">
        <w:trPr>
          <w:cantSplit/>
          <w:trHeight w:val="510"/>
        </w:trPr>
        <w:tc>
          <w:tcPr>
            <w:tcW w:w="1606" w:type="dxa"/>
          </w:tcPr>
          <w:p w14:paraId="6A0CBD1B" w14:textId="77777777" w:rsidR="001E1635" w:rsidRDefault="000E4A4F">
            <w:r>
              <w:rPr>
                <w:b/>
                <w:color w:val="0D5F78"/>
              </w:rPr>
              <w:t>Data</w:t>
            </w:r>
          </w:p>
          <w:p w14:paraId="05BFAAF9" w14:textId="77777777" w:rsidR="001E1635" w:rsidRDefault="001E1635"/>
        </w:tc>
        <w:tc>
          <w:tcPr>
            <w:tcW w:w="4818" w:type="dxa"/>
          </w:tcPr>
          <w:p w14:paraId="250ED718" w14:textId="77777777" w:rsidR="001E1635" w:rsidRDefault="000E4A4F">
            <w:r>
              <w:rPr>
                <w:b/>
                <w:color w:val="0D5F78"/>
              </w:rPr>
              <w:t>Solicitantul</w:t>
            </w:r>
          </w:p>
          <w:p w14:paraId="455E75E1" w14:textId="77777777" w:rsidR="001E1635" w:rsidRDefault="001E1635"/>
        </w:tc>
        <w:tc>
          <w:tcPr>
            <w:tcW w:w="3212" w:type="dxa"/>
          </w:tcPr>
          <w:p w14:paraId="53DD217D" w14:textId="77777777" w:rsidR="001E1635" w:rsidRDefault="000E4A4F">
            <w:r>
              <w:rPr>
                <w:b/>
                <w:color w:val="0D5F78"/>
              </w:rPr>
              <w:t>Semnătura</w:t>
            </w:r>
          </w:p>
          <w:p w14:paraId="655A8FB3" w14:textId="77777777" w:rsidR="001E1635" w:rsidRDefault="001E1635"/>
        </w:tc>
      </w:tr>
    </w:tbl>
    <w:p w14:paraId="005090D8" w14:textId="77777777" w:rsidR="001E1635" w:rsidRDefault="001E1635" w:rsidP="000E4A4F">
      <w:pPr>
        <w:spacing w:line="168" w:lineRule="auto"/>
      </w:pPr>
    </w:p>
    <w:sectPr w:rsidR="001E1635" w:rsidSect="00034616">
      <w:footerReference w:type="default" r:id="rId11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D6E12" w14:textId="77777777" w:rsidR="000E4D6C" w:rsidRDefault="000E4D6C">
      <w:r>
        <w:separator/>
      </w:r>
    </w:p>
  </w:endnote>
  <w:endnote w:type="continuationSeparator" w:id="0">
    <w:p w14:paraId="3BB304C3" w14:textId="77777777" w:rsidR="000E4D6C" w:rsidRDefault="000E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8E5FA" w14:textId="77777777" w:rsidR="001E1635" w:rsidRDefault="000E4A4F">
    <w:pPr>
      <w:pStyle w:val="Footer"/>
      <w:tabs>
        <w:tab w:val="right" w:pos="9639"/>
      </w:tabs>
      <w:rPr>
        <w:color w:val="595959"/>
      </w:rPr>
    </w:pPr>
    <w:r>
      <w:rPr>
        <w:color w:val="595959"/>
      </w:rPr>
      <w:t>F_CU_02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C525DB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C525DB">
      <w:rPr>
        <w:noProof/>
        <w:color w:val="595959"/>
      </w:rPr>
      <w:t>1</w:t>
    </w:r>
    <w:r>
      <w:rPr>
        <w:color w:val="595959"/>
      </w:rPr>
      <w:fldChar w:fldCharType="end"/>
    </w:r>
  </w:p>
  <w:p w14:paraId="4093935D" w14:textId="77777777" w:rsidR="000E4A4F" w:rsidRPr="00EB6865" w:rsidRDefault="000E4A4F" w:rsidP="000E4A4F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r w:rsidRPr="00EB6865">
      <w:rPr>
        <w:rFonts w:ascii="Arial Narrow" w:hAnsi="Arial Narrow"/>
        <w:i/>
        <w:color w:val="808080"/>
        <w:sz w:val="16"/>
        <w:szCs w:val="16"/>
      </w:rPr>
      <w:t>Primăria Municipiului Giurgiu este Operator de Date cu Caracter Personal în conformitate cu prevederile art. 6, lit. (c) și (e) ale Regulamentul UE 679/ 2016.</w:t>
    </w:r>
  </w:p>
  <w:p w14:paraId="78893B69" w14:textId="77777777" w:rsidR="000E4A4F" w:rsidRDefault="000E4A4F" w:rsidP="000E4A4F">
    <w:pPr>
      <w:pStyle w:val="Footer"/>
      <w:tabs>
        <w:tab w:val="right" w:pos="9639"/>
      </w:tabs>
    </w:pPr>
  </w:p>
  <w:p w14:paraId="7951576B" w14:textId="77777777" w:rsidR="000E4A4F" w:rsidRDefault="000E4A4F">
    <w:pPr>
      <w:pStyle w:val="Footer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4426C" w14:textId="77777777" w:rsidR="000E4D6C" w:rsidRDefault="000E4D6C">
      <w:r>
        <w:separator/>
      </w:r>
    </w:p>
  </w:footnote>
  <w:footnote w:type="continuationSeparator" w:id="0">
    <w:p w14:paraId="2B84BA55" w14:textId="77777777" w:rsidR="000E4D6C" w:rsidRDefault="000E4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4A4F"/>
    <w:rsid w:val="000E4D6C"/>
    <w:rsid w:val="0015074B"/>
    <w:rsid w:val="001E1635"/>
    <w:rsid w:val="0029639D"/>
    <w:rsid w:val="00326F90"/>
    <w:rsid w:val="006257CA"/>
    <w:rsid w:val="006C103E"/>
    <w:rsid w:val="009D782F"/>
    <w:rsid w:val="00A37FAC"/>
    <w:rsid w:val="00AA1D8D"/>
    <w:rsid w:val="00AC5F99"/>
    <w:rsid w:val="00B47730"/>
    <w:rsid w:val="00C525D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153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E4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A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4A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E4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A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4A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ED9023-206C-46A0-A4B5-17E42644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3</cp:revision>
  <cp:lastPrinted>2026-09-01T05:59:00Z</cp:lastPrinted>
  <dcterms:created xsi:type="dcterms:W3CDTF">2026-08-31T05:56:00Z</dcterms:created>
  <dcterms:modified xsi:type="dcterms:W3CDTF">2026-09-01T05:59:00Z</dcterms:modified>
</cp:coreProperties>
</file>