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D4241" w14:paraId="75F87DD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ECBD4B9" w14:textId="2FD6BA73" w:rsidR="00BD4241" w:rsidRDefault="0022726D">
            <w:pPr>
              <w:keepNext/>
              <w:jc w:val="center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5BBB96E8" wp14:editId="46993269">
                  <wp:extent cx="939800" cy="1117600"/>
                  <wp:effectExtent l="0" t="0" r="0" b="6350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0CAC84D8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170F875" w14:textId="4302698D" w:rsidR="00BD4241" w:rsidRDefault="0022726D">
            <w:pPr>
              <w:keepNext/>
            </w:pP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</w:tc>
      </w:tr>
      <w:tr w:rsidR="00BD4241" w14:paraId="46378CC6" w14:textId="77777777">
        <w:trPr>
          <w:cantSplit/>
          <w:trHeight w:val="510"/>
        </w:trPr>
        <w:tc>
          <w:tcPr>
            <w:tcW w:w="1606" w:type="dxa"/>
            <w:vMerge/>
          </w:tcPr>
          <w:p w14:paraId="59016D90" w14:textId="77777777" w:rsidR="00BD4241" w:rsidRDefault="00BD4241"/>
        </w:tc>
        <w:tc>
          <w:tcPr>
            <w:tcW w:w="8030" w:type="dxa"/>
            <w:gridSpan w:val="3"/>
            <w:shd w:val="clear" w:color="auto" w:fill="F0F0F0"/>
          </w:tcPr>
          <w:p w14:paraId="26D504E8" w14:textId="7E044410" w:rsidR="00BD4241" w:rsidRDefault="0022726D">
            <w:pPr>
              <w:keepNext/>
            </w:pP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5529F8B8" w14:textId="77777777" w:rsidR="00BD4241" w:rsidRDefault="00BD4241">
            <w:pPr>
              <w:keepNext/>
            </w:pPr>
          </w:p>
        </w:tc>
      </w:tr>
      <w:tr w:rsidR="00BD4241" w14:paraId="4792C433" w14:textId="77777777">
        <w:trPr>
          <w:cantSplit/>
          <w:trHeight w:val="510"/>
        </w:trPr>
        <w:tc>
          <w:tcPr>
            <w:tcW w:w="1606" w:type="dxa"/>
            <w:vMerge/>
          </w:tcPr>
          <w:p w14:paraId="5C207147" w14:textId="77777777" w:rsidR="00BD4241" w:rsidRDefault="00BD4241"/>
        </w:tc>
        <w:tc>
          <w:tcPr>
            <w:tcW w:w="2409" w:type="dxa"/>
            <w:shd w:val="clear" w:color="auto" w:fill="F0F0F0"/>
          </w:tcPr>
          <w:p w14:paraId="3583CFAE" w14:textId="77777777" w:rsidR="0022726D" w:rsidRPr="00F801F2" w:rsidRDefault="0022726D" w:rsidP="0022726D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</w:t>
            </w:r>
            <w:proofErr w:type="gramStart"/>
            <w:r>
              <w:rPr>
                <w:b/>
                <w:color w:val="0D5F78"/>
                <w:lang w:val="fr-FR"/>
              </w:rPr>
              <w:t xml:space="preserve">de </w:t>
            </w:r>
            <w:proofErr w:type="spellStart"/>
            <w:r>
              <w:rPr>
                <w:b/>
                <w:color w:val="0D5F78"/>
                <w:lang w:val="fr-FR"/>
              </w:rPr>
              <w:t>identificare</w:t>
            </w:r>
            <w:proofErr w:type="spellEnd"/>
            <w:proofErr w:type="gramEnd"/>
            <w:r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>
              <w:rPr>
                <w:b/>
                <w:color w:val="0D5F78"/>
                <w:lang w:val="fr-FR"/>
              </w:rPr>
              <w:t>fiscală</w:t>
            </w:r>
            <w:proofErr w:type="spellEnd"/>
            <w:r>
              <w:rPr>
                <w:b/>
                <w:color w:val="0D5F78"/>
                <w:lang w:val="fr-FR"/>
              </w:rPr>
              <w:t xml:space="preserve"> </w:t>
            </w:r>
          </w:p>
          <w:p w14:paraId="095A60EC" w14:textId="1CC31EEE" w:rsidR="00BD4241" w:rsidRPr="00A256C2" w:rsidRDefault="0022726D" w:rsidP="0022726D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2B93E2A" w14:textId="2C4550D0" w:rsidR="00BD4241" w:rsidRDefault="0022726D">
            <w:pPr>
              <w:keepNext/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Adresa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 xml:space="preserve">: </w:t>
            </w:r>
            <w:r w:rsidRPr="00CA102A">
              <w:rPr>
                <w:rFonts w:cs="Times New Roman"/>
                <w:sz w:val="16"/>
                <w:szCs w:val="16"/>
              </w:rPr>
              <w:t xml:space="preserve">Bd.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București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, nr. 49-51,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Județul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t xml:space="preserve"> Giurgiu, </w:t>
            </w:r>
            <w:proofErr w:type="spellStart"/>
            <w:r w:rsidRPr="00CA102A">
              <w:rPr>
                <w:rFonts w:cs="Times New Roman"/>
                <w:sz w:val="16"/>
                <w:szCs w:val="16"/>
              </w:rPr>
              <w:t>România</w:t>
            </w:r>
            <w:proofErr w:type="spellEnd"/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  <w:sz w:val="16"/>
                  <w:szCs w:val="16"/>
                </w:rPr>
                <w:t>primarie@primariagiurgiu.ro</w:t>
              </w:r>
            </w:hyperlink>
          </w:p>
        </w:tc>
      </w:tr>
      <w:tr w:rsidR="00BD4241" w14:paraId="451B073E" w14:textId="77777777">
        <w:trPr>
          <w:cantSplit/>
          <w:trHeight w:val="510"/>
        </w:trPr>
        <w:tc>
          <w:tcPr>
            <w:tcW w:w="1606" w:type="dxa"/>
            <w:vMerge/>
          </w:tcPr>
          <w:p w14:paraId="647DA494" w14:textId="77777777" w:rsidR="00BD4241" w:rsidRDefault="00BD4241"/>
        </w:tc>
        <w:tc>
          <w:tcPr>
            <w:tcW w:w="4818" w:type="dxa"/>
            <w:gridSpan w:val="2"/>
            <w:shd w:val="clear" w:color="auto" w:fill="F0F0F0"/>
          </w:tcPr>
          <w:p w14:paraId="431FA99E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30BAE2CC" w14:textId="77777777" w:rsidR="00BD4241" w:rsidRDefault="00BD4241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0C9B8221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4DBF38B" w14:textId="77777777" w:rsidR="00BD4241" w:rsidRDefault="00BD4241">
            <w:pPr>
              <w:keepNext/>
            </w:pPr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22726D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22726D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10337CF3" w14:textId="51757746" w:rsidR="00BD4241" w:rsidRPr="00A256C2" w:rsidRDefault="0022726D">
            <w:pPr>
              <w:keepNext/>
              <w:rPr>
                <w:lang w:val="fr-FR"/>
              </w:rPr>
            </w:pP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</w:t>
            </w:r>
            <w:proofErr w:type="spellStart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Municipiului</w:t>
            </w:r>
            <w:proofErr w:type="spellEnd"/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22726D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4824426D" w:rsidR="0022726D" w:rsidRPr="00A256C2" w:rsidRDefault="0022726D">
            <w:pPr>
              <w:spacing w:line="228" w:lineRule="auto"/>
              <w:rPr>
                <w:lang w:val="fr-FR"/>
              </w:rPr>
            </w:pPr>
            <w:proofErr w:type="spellStart"/>
            <w:r w:rsidRPr="00F801F2">
              <w:rPr>
                <w:lang w:val="fr-FR"/>
              </w:rPr>
              <w:t>Cererea</w:t>
            </w:r>
            <w:proofErr w:type="spellEnd"/>
            <w:r w:rsidRPr="00F801F2">
              <w:rPr>
                <w:lang w:val="fr-FR"/>
              </w:rPr>
              <w:t xml:space="preserve"> va fi </w:t>
            </w:r>
            <w:proofErr w:type="spellStart"/>
            <w:r w:rsidRPr="00F801F2">
              <w:rPr>
                <w:lang w:val="fr-FR"/>
              </w:rPr>
              <w:t>transmisă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 w:rsidRPr="00F801F2">
              <w:rPr>
                <w:lang w:val="fr-FR"/>
              </w:rPr>
              <w:t>către</w:t>
            </w:r>
            <w:proofErr w:type="spellEnd"/>
            <w:r w:rsidRPr="00F801F2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primarul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municipiului</w:t>
            </w:r>
            <w:proofErr w:type="spellEnd"/>
            <w:r>
              <w:rPr>
                <w:lang w:val="fr-FR"/>
              </w:rPr>
              <w:t xml:space="preserve"> Giurgiu.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22726D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22726D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22726D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22726D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22726D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titular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dreptului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proprietate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împuternicit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22726D">
      <w:pPr>
        <w:spacing w:before="80" w:after="60"/>
        <w:jc w:val="center"/>
        <w:rPr>
          <w:lang w:val="fr-FR"/>
        </w:rPr>
      </w:pPr>
      <w:proofErr w:type="spellStart"/>
      <w:r w:rsidRPr="00232B9E">
        <w:rPr>
          <w:sz w:val="18"/>
          <w:lang w:val="fr-FR"/>
        </w:rPr>
        <w:t>în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conformitate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cu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prevederile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Legii</w:t>
      </w:r>
      <w:proofErr w:type="spellEnd"/>
      <w:r w:rsidRPr="00232B9E">
        <w:rPr>
          <w:sz w:val="18"/>
          <w:lang w:val="fr-FR"/>
        </w:rPr>
        <w:t xml:space="preserve"> nr. 169/2026 </w:t>
      </w:r>
      <w:proofErr w:type="spellStart"/>
      <w:r w:rsidRPr="00232B9E">
        <w:rPr>
          <w:sz w:val="18"/>
          <w:lang w:val="fr-FR"/>
        </w:rPr>
        <w:t>privind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Codul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amenajării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teritoriului</w:t>
      </w:r>
      <w:proofErr w:type="spellEnd"/>
      <w:r w:rsidRPr="00232B9E">
        <w:rPr>
          <w:sz w:val="18"/>
          <w:lang w:val="fr-FR"/>
        </w:rPr>
        <w:t xml:space="preserve">, </w:t>
      </w:r>
      <w:proofErr w:type="spellStart"/>
      <w:r w:rsidRPr="00232B9E">
        <w:rPr>
          <w:sz w:val="18"/>
          <w:lang w:val="fr-FR"/>
        </w:rPr>
        <w:t>urbanismului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și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construcțiilor</w:t>
      </w:r>
      <w:proofErr w:type="spellEnd"/>
      <w:r w:rsidRPr="00232B9E">
        <w:rPr>
          <w:sz w:val="18"/>
          <w:lang w:val="fr-FR"/>
        </w:rPr>
        <w:t>,</w:t>
      </w:r>
    </w:p>
    <w:p w14:paraId="55F72AB1" w14:textId="77777777" w:rsidR="00BD4241" w:rsidRPr="00232B9E" w:rsidRDefault="0022726D">
      <w:pPr>
        <w:spacing w:before="80" w:after="60"/>
        <w:jc w:val="center"/>
        <w:rPr>
          <w:lang w:val="fr-FR"/>
        </w:rPr>
      </w:pPr>
      <w:proofErr w:type="spellStart"/>
      <w:r w:rsidRPr="00232B9E">
        <w:rPr>
          <w:sz w:val="18"/>
          <w:lang w:val="fr-FR"/>
        </w:rPr>
        <w:t>solicit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emiterea</w:t>
      </w:r>
      <w:proofErr w:type="spellEnd"/>
    </w:p>
    <w:p w14:paraId="458BA7BA" w14:textId="77777777" w:rsidR="00917520" w:rsidRDefault="0022726D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22726D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clădiri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și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amenajări</w:t>
      </w:r>
      <w:proofErr w:type="spellEnd"/>
      <w:r w:rsidRPr="00232B9E">
        <w:rPr>
          <w:sz w:val="16"/>
          <w:lang w:val="fr-FR"/>
        </w:rPr>
        <w:t xml:space="preserve">  </w:t>
      </w:r>
      <w:r w:rsidR="00917520">
        <w:rPr>
          <w:sz w:val="16"/>
          <w:lang w:val="fr-FR"/>
        </w:rPr>
        <w:t>/</w:t>
      </w:r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lucrări</w:t>
      </w:r>
      <w:proofErr w:type="spellEnd"/>
      <w:r w:rsidR="00462384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inginerești</w:t>
      </w:r>
      <w:proofErr w:type="spellEnd"/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caracter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special</w:t>
      </w:r>
      <w:proofErr w:type="spellEnd"/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22726D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vederea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realizării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obiectivului</w:t>
            </w:r>
            <w:proofErr w:type="spellEnd"/>
            <w:r w:rsidR="00A256C2">
              <w:rPr>
                <w:sz w:val="16"/>
              </w:rPr>
              <w:t xml:space="preserve"> de </w:t>
            </w:r>
            <w:proofErr w:type="spellStart"/>
            <w:r w:rsidR="00A256C2">
              <w:rPr>
                <w:sz w:val="16"/>
              </w:rPr>
              <w:t>investiții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22726D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22726D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22726D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Număr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cadastral/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ele</w:t>
            </w:r>
            <w:proofErr w:type="spellEnd"/>
          </w:p>
          <w:p w14:paraId="2A482E4D" w14:textId="77777777" w:rsidR="00BD4241" w:rsidRPr="00A256C2" w:rsidRDefault="00BD4241" w:rsidP="0022726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22726D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22726D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construcției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22726D">
      <w: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22726D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22726D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noi</w:t>
            </w:r>
            <w:proofErr w:type="spellEnd"/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22726D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civile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industriale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agricole     ☐ </w:t>
            </w:r>
            <w:proofErr w:type="spellStart"/>
            <w:r w:rsidRPr="00A256C2">
              <w:rPr>
                <w:sz w:val="16"/>
                <w:lang w:val="fr-FR"/>
              </w:rPr>
              <w:t>construcții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caracter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special</w:t>
            </w:r>
            <w:proofErr w:type="spellEnd"/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22726D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</w:t>
            </w:r>
            <w:proofErr w:type="spellStart"/>
            <w:r w:rsidR="00A256C2" w:rsidRPr="00A256C2">
              <w:rPr>
                <w:sz w:val="16"/>
                <w:lang w:val="fr-FR"/>
              </w:rPr>
              <w:t>bifa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="00A256C2" w:rsidRPr="00A256C2">
              <w:rPr>
                <w:sz w:val="16"/>
                <w:lang w:val="fr-FR"/>
              </w:rPr>
              <w:t>în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masura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care </w:t>
            </w:r>
            <w:proofErr w:type="spellStart"/>
            <w:r w:rsidR="00A256C2" w:rsidRPr="00A256C2">
              <w:rPr>
                <w:sz w:val="16"/>
                <w:lang w:val="fr-FR"/>
              </w:rPr>
              <w:t>sunt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cunoscute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solicitantulu</w:t>
            </w:r>
            <w:r w:rsidR="00A256C2">
              <w:rPr>
                <w:sz w:val="16"/>
                <w:lang w:val="fr-FR"/>
              </w:rPr>
              <w:t>i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informațiile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cu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privire</w:t>
            </w:r>
            <w:proofErr w:type="spellEnd"/>
            <w:r w:rsidR="00A256C2">
              <w:rPr>
                <w:sz w:val="16"/>
                <w:lang w:val="fr-FR"/>
              </w:rPr>
              <w:t xml:space="preserve"> la </w:t>
            </w:r>
            <w:proofErr w:type="spellStart"/>
            <w:r w:rsidR="00A256C2">
              <w:rPr>
                <w:sz w:val="16"/>
                <w:lang w:val="fr-FR"/>
              </w:rPr>
              <w:t>amplasarea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în</w:t>
            </w:r>
            <w:proofErr w:type="spellEnd"/>
            <w:r w:rsidR="00A256C2">
              <w:rPr>
                <w:sz w:val="16"/>
                <w:lang w:val="fr-FR"/>
              </w:rPr>
              <w:t xml:space="preserve"> zona de </w:t>
            </w:r>
            <w:proofErr w:type="spellStart"/>
            <w:r w:rsidR="00A256C2">
              <w:rPr>
                <w:sz w:val="16"/>
                <w:lang w:val="fr-FR"/>
              </w:rPr>
              <w:t>protecție</w:t>
            </w:r>
            <w:proofErr w:type="spellEnd"/>
            <w:r w:rsidR="00A256C2">
              <w:rPr>
                <w:sz w:val="16"/>
                <w:lang w:val="fr-FR"/>
              </w:rPr>
              <w:t>/</w:t>
            </w:r>
            <w:proofErr w:type="spellStart"/>
            <w:r w:rsidR="00A256C2">
              <w:rPr>
                <w:sz w:val="16"/>
                <w:lang w:val="fr-FR"/>
              </w:rPr>
              <w:t>protejată</w:t>
            </w:r>
            <w:proofErr w:type="spellEnd"/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22726D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zona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zonelor</w:t>
            </w:r>
            <w:proofErr w:type="spellEnd"/>
            <w:r w:rsidRPr="00A256C2">
              <w:rPr>
                <w:sz w:val="16"/>
                <w:lang w:val="fr-FR"/>
              </w:rPr>
              <w:t xml:space="preserve">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nu </w:t>
            </w:r>
            <w:proofErr w:type="spellStart"/>
            <w:r>
              <w:rPr>
                <w:sz w:val="16"/>
                <w:lang w:val="fr-FR"/>
              </w:rPr>
              <w:t>sunt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cunoscute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solicitantului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astfel</w:t>
            </w:r>
            <w:proofErr w:type="spellEnd"/>
            <w:r>
              <w:rPr>
                <w:sz w:val="16"/>
                <w:lang w:val="fr-FR"/>
              </w:rPr>
              <w:t xml:space="preserve"> de </w:t>
            </w:r>
            <w:proofErr w:type="spellStart"/>
            <w:r>
              <w:rPr>
                <w:sz w:val="16"/>
                <w:lang w:val="fr-FR"/>
              </w:rPr>
              <w:t>informații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22726D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917520">
              <w:rPr>
                <w:b/>
                <w:bCs/>
                <w:sz w:val="16"/>
                <w:lang w:val="fr-FR"/>
              </w:rPr>
              <w:t xml:space="preserve">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B.1. </w:t>
            </w:r>
            <w:proofErr w:type="gramStart"/>
            <w:r w:rsidRPr="00917520">
              <w:rPr>
                <w:b/>
                <w:bCs/>
                <w:sz w:val="16"/>
                <w:lang w:val="fr-FR"/>
              </w:rPr>
              <w:t xml:space="preserve">la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prevăzute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la lit. B.2)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22726D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gramStart"/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r w:rsidRPr="00917520">
              <w:rPr>
                <w:b/>
                <w:bCs/>
                <w:sz w:val="16"/>
              </w:rPr>
              <w:t>·</w:t>
            </w:r>
            <w:proofErr w:type="gramEnd"/>
            <w:r w:rsidRPr="00917520">
              <w:rPr>
                <w:b/>
                <w:bCs/>
                <w:sz w:val="16"/>
              </w:rPr>
              <w:t>l</w:t>
            </w:r>
            <w:r w:rsidR="00917520" w:rsidRPr="00917520">
              <w:rPr>
                <w:b/>
                <w:bCs/>
                <w:sz w:val="16"/>
              </w:rPr>
              <w:t xml:space="preserve">a </w:t>
            </w:r>
            <w:proofErr w:type="spellStart"/>
            <w:r w:rsidR="00917520" w:rsidRPr="00917520">
              <w:rPr>
                <w:b/>
                <w:bCs/>
                <w:sz w:val="16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</w:rPr>
              <w:t>:</w:t>
            </w:r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22726D">
            <w:pPr>
              <w:keepNext/>
            </w:pPr>
            <w:r>
              <w:rPr>
                <w:sz w:val="16"/>
              </w:rPr>
              <w:t xml:space="preserve">☐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stabilite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Legii</w:t>
            </w:r>
            <w:proofErr w:type="spellEnd"/>
            <w:r>
              <w:rPr>
                <w:sz w:val="16"/>
              </w:rPr>
              <w:t xml:space="preserve"> nr. 422/2001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protejarea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republicată</w:t>
            </w:r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modificările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ulterioare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acestora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identificate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22726D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aflate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zona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protecție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22726D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aflate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potrivit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legii</w:t>
            </w:r>
            <w:proofErr w:type="spellEnd"/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22726D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valoare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arhitecturală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sau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istorică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deosebită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prin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documentații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urbanism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☐  B.3 · la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altele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decât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cele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stabilite</w:t>
            </w:r>
            <w:proofErr w:type="spellEnd"/>
            <w:r w:rsidRPr="00917520">
              <w:rPr>
                <w:sz w:val="16"/>
                <w:lang w:val="fr-FR"/>
              </w:rPr>
              <w:t xml:space="preserve">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22726D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din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categoria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celor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 w:rsidRPr="00917520">
              <w:rPr>
                <w:sz w:val="16"/>
                <w:lang w:val="fr-FR"/>
              </w:rPr>
              <w:t>stabilite</w:t>
            </w:r>
            <w:proofErr w:type="spellEnd"/>
            <w:r w:rsidR="00917520" w:rsidRPr="00917520">
              <w:rPr>
                <w:sz w:val="16"/>
                <w:lang w:val="fr-FR"/>
              </w:rPr>
              <w:t xml:space="preserve">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22726D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C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22726D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civile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verzi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plantate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organizare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șantier</w:t>
            </w:r>
            <w:proofErr w:type="spellEnd"/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22726D">
            <w:pPr>
              <w:keepNext/>
            </w:pPr>
            <w:r>
              <w:rPr>
                <w:sz w:val="16"/>
              </w:rPr>
              <w:t xml:space="preserve"> D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de transport</w:t>
            </w:r>
          </w:p>
          <w:p w14:paraId="05C62BB3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energetică</w:t>
            </w:r>
            <w:proofErr w:type="spellEnd"/>
          </w:p>
          <w:p w14:paraId="1E87347E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rețele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comunicații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electronice</w:t>
            </w:r>
            <w:proofErr w:type="spellEnd"/>
          </w:p>
          <w:p w14:paraId="43F594AA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gospodărirea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apelor</w:t>
            </w:r>
            <w:proofErr w:type="spellEnd"/>
          </w:p>
          <w:p w14:paraId="3F55129D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hidrotehnice</w:t>
            </w:r>
            <w:proofErr w:type="spellEnd"/>
          </w:p>
          <w:p w14:paraId="3DB7F2E4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miniere</w:t>
            </w:r>
            <w:proofErr w:type="spellEnd"/>
          </w:p>
          <w:p w14:paraId="54EDF735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alte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lucrări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inginerești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necesare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realizării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unor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obiective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interes</w:t>
            </w:r>
            <w:proofErr w:type="spellEnd"/>
            <w:r w:rsidRPr="00A256C2">
              <w:rPr>
                <w:sz w:val="16"/>
                <w:lang w:val="fr-FR"/>
              </w:rPr>
              <w:t xml:space="preserve">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22726D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22726D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A256C2">
              <w:rPr>
                <w:sz w:val="16"/>
                <w:lang w:val="fr-FR"/>
              </w:rPr>
              <w:t>funciară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actualizat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plan de </w:t>
            </w:r>
            <w:proofErr w:type="spellStart"/>
            <w:r w:rsidRPr="00A256C2">
              <w:rPr>
                <w:sz w:val="16"/>
                <w:lang w:val="fr-FR"/>
              </w:rPr>
              <w:t>situație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propus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amprenta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la</w:t>
            </w:r>
            <w:proofErr w:type="gramEnd"/>
            <w:r w:rsidRPr="00A256C2">
              <w:rPr>
                <w:sz w:val="16"/>
                <w:lang w:val="fr-FR"/>
              </w:rPr>
              <w:t xml:space="preserve"> sol a </w:t>
            </w:r>
            <w:proofErr w:type="spellStart"/>
            <w:r w:rsidRPr="00A256C2">
              <w:rPr>
                <w:sz w:val="16"/>
                <w:lang w:val="fr-FR"/>
              </w:rPr>
              <w:t>corpurilor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 xml:space="preserve">de </w:t>
            </w:r>
            <w:proofErr w:type="spellStart"/>
            <w:r w:rsidR="00A256C2">
              <w:rPr>
                <w:sz w:val="16"/>
                <w:lang w:val="fr-FR"/>
              </w:rPr>
              <w:t>clădire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spre</w:t>
            </w:r>
            <w:proofErr w:type="spellEnd"/>
            <w:r>
              <w:rPr>
                <w:sz w:val="16"/>
                <w:lang w:val="fr-FR"/>
              </w:rPr>
              <w:t xml:space="preserve"> construire /</w:t>
            </w:r>
            <w:proofErr w:type="spellStart"/>
            <w:r>
              <w:rPr>
                <w:sz w:val="16"/>
                <w:lang w:val="fr-FR"/>
              </w:rPr>
              <w:t>desființare</w:t>
            </w:r>
            <w:proofErr w:type="spellEnd"/>
            <w:r>
              <w:rPr>
                <w:sz w:val="16"/>
                <w:lang w:val="fr-FR"/>
              </w:rPr>
              <w:t xml:space="preserve"> / </w:t>
            </w:r>
            <w:proofErr w:type="spellStart"/>
            <w:r>
              <w:rPr>
                <w:sz w:val="16"/>
                <w:lang w:val="fr-FR"/>
              </w:rPr>
              <w:t>extindere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 xml:space="preserve">☐ plan de </w:t>
            </w:r>
            <w:proofErr w:type="spellStart"/>
            <w:r w:rsidRPr="00232B9E">
              <w:rPr>
                <w:sz w:val="16"/>
                <w:lang w:val="fr-FR"/>
              </w:rPr>
              <w:t>încadrare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în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zonă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în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sistem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Stereo</w:t>
            </w:r>
            <w:proofErr w:type="spellEnd"/>
            <w:r w:rsidR="00745F29">
              <w:rPr>
                <w:sz w:val="16"/>
                <w:lang w:val="fr-FR"/>
              </w:rPr>
              <w:t xml:space="preserve"> 70</w:t>
            </w:r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descrierea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succintă</w:t>
            </w:r>
            <w:proofErr w:type="spellEnd"/>
            <w:r w:rsidRPr="00232B9E">
              <w:rPr>
                <w:sz w:val="16"/>
                <w:lang w:val="fr-FR"/>
              </w:rPr>
              <w:t xml:space="preserve"> a </w:t>
            </w:r>
            <w:proofErr w:type="spellStart"/>
            <w:r w:rsidRPr="00232B9E">
              <w:rPr>
                <w:sz w:val="16"/>
                <w:lang w:val="fr-FR"/>
              </w:rPr>
              <w:t>investiției</w:t>
            </w:r>
            <w:proofErr w:type="spellEnd"/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împuternicirea</w:t>
            </w:r>
            <w:proofErr w:type="spellEnd"/>
            <w:r w:rsidRPr="00232B9E">
              <w:rPr>
                <w:sz w:val="16"/>
                <w:lang w:val="fr-FR"/>
              </w:rPr>
              <w:t xml:space="preserve">, </w:t>
            </w:r>
            <w:proofErr w:type="spellStart"/>
            <w:r w:rsidRPr="00232B9E">
              <w:rPr>
                <w:sz w:val="16"/>
                <w:lang w:val="fr-FR"/>
              </w:rPr>
              <w:t>dacă</w:t>
            </w:r>
            <w:proofErr w:type="spellEnd"/>
            <w:r w:rsidRPr="00232B9E">
              <w:rPr>
                <w:sz w:val="16"/>
                <w:lang w:val="fr-FR"/>
              </w:rPr>
              <w:t xml:space="preserve"> este </w:t>
            </w:r>
            <w:proofErr w:type="spellStart"/>
            <w:r w:rsidRPr="00232B9E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22726D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22726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</w:t>
            </w:r>
            <w:proofErr w:type="spellStart"/>
            <w:r w:rsidRPr="00A256C2">
              <w:rPr>
                <w:sz w:val="16"/>
                <w:lang w:val="fr-FR"/>
              </w:rPr>
              <w:t>scris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prin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poștă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digital, la </w:t>
            </w:r>
            <w:proofErr w:type="spellStart"/>
            <w:proofErr w:type="gramStart"/>
            <w:r w:rsidRPr="00A256C2">
              <w:rPr>
                <w:sz w:val="16"/>
                <w:lang w:val="fr-FR"/>
              </w:rPr>
              <w:t>adresa</w:t>
            </w:r>
            <w:proofErr w:type="spellEnd"/>
            <w:r w:rsidRPr="00A256C2">
              <w:rPr>
                <w:sz w:val="16"/>
                <w:lang w:val="fr-FR"/>
              </w:rPr>
              <w:t xml:space="preserve"> de e-mail </w:t>
            </w:r>
            <w:proofErr w:type="spellStart"/>
            <w:r w:rsidRPr="00A256C2">
              <w:rPr>
                <w:sz w:val="16"/>
                <w:lang w:val="fr-FR"/>
              </w:rPr>
              <w:t>indicată</w:t>
            </w:r>
            <w:proofErr w:type="spellEnd"/>
            <w:r w:rsidRPr="00A256C2">
              <w:rPr>
                <w:sz w:val="16"/>
                <w:lang w:val="fr-FR"/>
              </w:rPr>
              <w:t xml:space="preserve">    </w:t>
            </w:r>
            <w:proofErr w:type="gramEnd"/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ridicare</w:t>
            </w:r>
            <w:proofErr w:type="spellEnd"/>
            <w:r w:rsidRPr="00A256C2">
              <w:rPr>
                <w:sz w:val="16"/>
                <w:lang w:val="fr-FR"/>
              </w:rPr>
              <w:t xml:space="preserve"> de la </w:t>
            </w:r>
            <w:proofErr w:type="spellStart"/>
            <w:r w:rsidRPr="00A256C2">
              <w:rPr>
                <w:sz w:val="16"/>
                <w:lang w:val="fr-FR"/>
              </w:rPr>
              <w:t>sediul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22726D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22726D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22726D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22726D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51657" w14:textId="77777777" w:rsidR="00263D27" w:rsidRDefault="00263D27">
      <w:r>
        <w:separator/>
      </w:r>
    </w:p>
  </w:endnote>
  <w:endnote w:type="continuationSeparator" w:id="0">
    <w:p w14:paraId="470E4BEB" w14:textId="77777777" w:rsidR="00263D27" w:rsidRDefault="0026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060EA" w14:textId="77777777" w:rsidR="00BD4241" w:rsidRDefault="0022726D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91BE9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91BE9">
      <w:rPr>
        <w:noProof/>
        <w:color w:val="595959"/>
      </w:rPr>
      <w:t>2</w:t>
    </w:r>
    <w:r>
      <w:rPr>
        <w:color w:val="595959"/>
      </w:rPr>
      <w:fldChar w:fldCharType="end"/>
    </w:r>
  </w:p>
  <w:p w14:paraId="29B60D2D" w14:textId="77777777" w:rsidR="0022726D" w:rsidRPr="00EB6865" w:rsidRDefault="0022726D" w:rsidP="0022726D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Primăria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Municipiului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Giurgiu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este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Operator de Date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Caracter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Personal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în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conformitate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cu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prevederile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art. 6, lit. (c)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și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(e) ale </w:t>
    </w:r>
    <w:proofErr w:type="spellStart"/>
    <w:r w:rsidRPr="00EB6865">
      <w:rPr>
        <w:rFonts w:ascii="Arial Narrow" w:hAnsi="Arial Narrow"/>
        <w:i/>
        <w:color w:val="808080"/>
        <w:sz w:val="16"/>
        <w:szCs w:val="16"/>
      </w:rPr>
      <w:t>Regulamentul</w:t>
    </w:r>
    <w:proofErr w:type="spellEnd"/>
    <w:r w:rsidRPr="00EB6865">
      <w:rPr>
        <w:rFonts w:ascii="Arial Narrow" w:hAnsi="Arial Narrow"/>
        <w:i/>
        <w:color w:val="808080"/>
        <w:sz w:val="16"/>
        <w:szCs w:val="16"/>
      </w:rPr>
      <w:t xml:space="preserve"> UE 679/ 2016.</w:t>
    </w:r>
  </w:p>
  <w:p w14:paraId="036A8D29" w14:textId="77777777" w:rsidR="0022726D" w:rsidRDefault="0022726D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E4CBA" w14:textId="77777777" w:rsidR="00263D27" w:rsidRDefault="00263D27">
      <w:r>
        <w:separator/>
      </w:r>
    </w:p>
  </w:footnote>
  <w:footnote w:type="continuationSeparator" w:id="0">
    <w:p w14:paraId="5DED941E" w14:textId="77777777" w:rsidR="00263D27" w:rsidRDefault="00263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444F"/>
    <w:rsid w:val="0015074B"/>
    <w:rsid w:val="00200AB0"/>
    <w:rsid w:val="0022726D"/>
    <w:rsid w:val="00232B9E"/>
    <w:rsid w:val="00263D27"/>
    <w:rsid w:val="00291BE9"/>
    <w:rsid w:val="0029639D"/>
    <w:rsid w:val="00326F90"/>
    <w:rsid w:val="004232B2"/>
    <w:rsid w:val="004408E8"/>
    <w:rsid w:val="00462384"/>
    <w:rsid w:val="006C103E"/>
    <w:rsid w:val="00745F29"/>
    <w:rsid w:val="00850B64"/>
    <w:rsid w:val="00917520"/>
    <w:rsid w:val="009511F8"/>
    <w:rsid w:val="00A256C2"/>
    <w:rsid w:val="00AA1D8D"/>
    <w:rsid w:val="00B47730"/>
    <w:rsid w:val="00BD4241"/>
    <w:rsid w:val="00CB0664"/>
    <w:rsid w:val="00D50D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5E0B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272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72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272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7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C366C1-E9CD-4C6A-8EE4-28B9ADCD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4</cp:revision>
  <cp:lastPrinted>2026-09-01T05:58:00Z</cp:lastPrinted>
  <dcterms:created xsi:type="dcterms:W3CDTF">2026-08-31T06:09:00Z</dcterms:created>
  <dcterms:modified xsi:type="dcterms:W3CDTF">2026-09-01T05:58:00Z</dcterms:modified>
</cp:coreProperties>
</file>