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14:paraId="5181C89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7FC5BF6" w14:textId="77777777" w:rsidR="00E25052" w:rsidRDefault="00E25052">
            <w:pPr>
              <w:keepNext/>
              <w:jc w:val="center"/>
              <w:rPr>
                <w:i/>
                <w:color w:val="595959"/>
              </w:rPr>
            </w:pPr>
            <w:bookmarkStart w:id="0" w:name="_GoBack"/>
            <w:bookmarkEnd w:id="0"/>
          </w:p>
          <w:p w14:paraId="2BE93D8A" w14:textId="58B4C2CC" w:rsidR="00F801F2" w:rsidRDefault="00CA102A">
            <w:pPr>
              <w:keepNext/>
              <w:jc w:val="center"/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29A202DF" wp14:editId="4754FB07">
                  <wp:extent cx="939800" cy="1117600"/>
                  <wp:effectExtent l="0" t="0" r="0" b="6350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DEAB026" w14:textId="75772CDA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1F74738E" w14:textId="77777777" w:rsidR="00E25052" w:rsidRDefault="00E25052">
            <w:pPr>
              <w:keepNext/>
            </w:pPr>
          </w:p>
        </w:tc>
      </w:tr>
      <w:tr w:rsidR="00E25052" w14:paraId="6B015EDC" w14:textId="77777777">
        <w:trPr>
          <w:cantSplit/>
          <w:trHeight w:val="510"/>
        </w:trPr>
        <w:tc>
          <w:tcPr>
            <w:tcW w:w="1606" w:type="dxa"/>
            <w:vMerge/>
          </w:tcPr>
          <w:p w14:paraId="7AF8C63B" w14:textId="77777777" w:rsidR="00E25052" w:rsidRDefault="00E25052"/>
        </w:tc>
        <w:tc>
          <w:tcPr>
            <w:tcW w:w="8030" w:type="dxa"/>
            <w:gridSpan w:val="3"/>
            <w:shd w:val="clear" w:color="auto" w:fill="F0F0F0"/>
          </w:tcPr>
          <w:p w14:paraId="1F71C78E" w14:textId="15187D9A" w:rsidR="00E25052" w:rsidRDefault="00CA102A">
            <w:pPr>
              <w:keepNext/>
            </w:pP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CA102A" w14:paraId="7354B52B" w14:textId="77777777">
        <w:trPr>
          <w:cantSplit/>
          <w:trHeight w:val="510"/>
        </w:trPr>
        <w:tc>
          <w:tcPr>
            <w:tcW w:w="1606" w:type="dxa"/>
            <w:vMerge/>
          </w:tcPr>
          <w:p w14:paraId="2EA11AAE" w14:textId="77777777" w:rsidR="00CA102A" w:rsidRDefault="00CA102A"/>
        </w:tc>
        <w:tc>
          <w:tcPr>
            <w:tcW w:w="2409" w:type="dxa"/>
            <w:shd w:val="clear" w:color="auto" w:fill="F0F0F0"/>
          </w:tcPr>
          <w:p w14:paraId="75894951" w14:textId="7B5D71A6" w:rsidR="00CA102A" w:rsidRPr="00F801F2" w:rsidRDefault="00CA102A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</w:t>
            </w:r>
            <w:proofErr w:type="gramStart"/>
            <w:r>
              <w:rPr>
                <w:b/>
                <w:color w:val="0D5F78"/>
                <w:lang w:val="fr-FR"/>
              </w:rPr>
              <w:t xml:space="preserve">de </w:t>
            </w:r>
            <w:proofErr w:type="spellStart"/>
            <w:r>
              <w:rPr>
                <w:b/>
                <w:color w:val="0D5F78"/>
                <w:lang w:val="fr-FR"/>
              </w:rPr>
              <w:t>identificare</w:t>
            </w:r>
            <w:proofErr w:type="spellEnd"/>
            <w:proofErr w:type="gram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fiscală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</w:p>
          <w:p w14:paraId="2ECEACE6" w14:textId="2C375DF4" w:rsidR="00CA102A" w:rsidRPr="00F801F2" w:rsidRDefault="00CA102A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8A52A4D" w14:textId="019C6760" w:rsidR="00CA102A" w:rsidRPr="00CA102A" w:rsidRDefault="00CA102A">
            <w:pPr>
              <w:keepNext/>
              <w:rPr>
                <w:sz w:val="16"/>
                <w:szCs w:val="16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Adresa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 xml:space="preserve">: </w:t>
            </w:r>
            <w:r w:rsidRPr="00CA102A">
              <w:rPr>
                <w:rFonts w:cs="Times New Roman"/>
                <w:sz w:val="16"/>
                <w:szCs w:val="16"/>
              </w:rPr>
              <w:t xml:space="preserve">Bd.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București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, nr. 49-51,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Județul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România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  <w:sz w:val="16"/>
                  <w:szCs w:val="16"/>
                </w:rPr>
                <w:t>primarie@primariagiurgiu.ro</w:t>
              </w:r>
            </w:hyperlink>
          </w:p>
        </w:tc>
      </w:tr>
      <w:tr w:rsidR="00CA102A" w14:paraId="0DABC460" w14:textId="77777777">
        <w:trPr>
          <w:cantSplit/>
          <w:trHeight w:val="510"/>
        </w:trPr>
        <w:tc>
          <w:tcPr>
            <w:tcW w:w="1606" w:type="dxa"/>
            <w:vMerge/>
          </w:tcPr>
          <w:p w14:paraId="13B733BA" w14:textId="77777777" w:rsidR="00CA102A" w:rsidRDefault="00CA102A"/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CA102A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46EE121A" w14:textId="77777777" w:rsidR="00CA102A" w:rsidRDefault="00CA102A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CA102A" w:rsidRDefault="00CA102A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D13DA55" w14:textId="77777777" w:rsidR="00CA102A" w:rsidRDefault="00CA102A">
            <w:pPr>
              <w:keepNext/>
            </w:pPr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CA102A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CA102A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5B3D1BF3" w14:textId="43905B69" w:rsidR="00E25052" w:rsidRPr="00CA102A" w:rsidRDefault="00CA102A">
            <w:pPr>
              <w:keepNext/>
              <w:rPr>
                <w:sz w:val="20"/>
                <w:szCs w:val="20"/>
                <w:lang w:val="fr-FR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E25052" w:rsidRPr="0021562A" w14:paraId="31B205BA" w14:textId="77777777" w:rsidTr="00CA102A">
        <w:trPr>
          <w:cantSplit/>
          <w:trHeight w:val="206"/>
        </w:trPr>
        <w:tc>
          <w:tcPr>
            <w:tcW w:w="9636" w:type="dxa"/>
            <w:shd w:val="clear" w:color="auto" w:fill="F4F4F4"/>
          </w:tcPr>
          <w:p w14:paraId="30BBDA4A" w14:textId="4AD727C0" w:rsidR="00E25052" w:rsidRPr="00F801F2" w:rsidRDefault="00CA102A" w:rsidP="00CA102A">
            <w:pPr>
              <w:spacing w:line="228" w:lineRule="auto"/>
              <w:rPr>
                <w:lang w:val="fr-FR"/>
              </w:rPr>
            </w:pPr>
            <w:proofErr w:type="spellStart"/>
            <w:r w:rsidRPr="00F801F2">
              <w:rPr>
                <w:lang w:val="fr-FR"/>
              </w:rPr>
              <w:t>Cererea</w:t>
            </w:r>
            <w:proofErr w:type="spellEnd"/>
            <w:r w:rsidRPr="00F801F2">
              <w:rPr>
                <w:lang w:val="fr-FR"/>
              </w:rPr>
              <w:t xml:space="preserve"> va fi </w:t>
            </w:r>
            <w:proofErr w:type="spellStart"/>
            <w:r w:rsidRPr="00F801F2">
              <w:rPr>
                <w:lang w:val="fr-FR"/>
              </w:rPr>
              <w:t>transmisă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către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Giurgiu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CA102A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CA102A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Seria</w:t>
            </w:r>
            <w:proofErr w:type="spellEnd"/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CA102A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Strada</w:t>
            </w:r>
            <w:proofErr w:type="spellEnd"/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CA102A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CA102A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CA102A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CA102A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CA102A">
      <w:pPr>
        <w:spacing w:before="80" w:after="60"/>
        <w:jc w:val="center"/>
      </w:pPr>
      <w:proofErr w:type="spellStart"/>
      <w:proofErr w:type="gramStart"/>
      <w:r>
        <w:rPr>
          <w:sz w:val="18"/>
        </w:rPr>
        <w:t>în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Legii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2C7584EF" w14:textId="77777777" w:rsidR="00E25052" w:rsidRDefault="00CA102A">
      <w:pPr>
        <w:spacing w:before="80" w:after="60"/>
        <w:jc w:val="center"/>
      </w:pPr>
      <w:proofErr w:type="gramStart"/>
      <w:r>
        <w:rPr>
          <w:sz w:val="18"/>
        </w:rPr>
        <w:t>solicit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emiterea</w:t>
      </w:r>
      <w:proofErr w:type="spellEnd"/>
    </w:p>
    <w:p w14:paraId="33797D79" w14:textId="77777777" w:rsidR="00E25052" w:rsidRPr="0021562A" w:rsidRDefault="00CA102A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 xml:space="preserve">CERTIFICATULUI DE URBANISM </w:t>
      </w:r>
      <w:proofErr w:type="gramStart"/>
      <w:r w:rsidRPr="0021562A">
        <w:rPr>
          <w:b/>
          <w:sz w:val="20"/>
          <w:lang w:val="fr-FR"/>
        </w:rPr>
        <w:t>DE INFORMARE</w:t>
      </w:r>
      <w:proofErr w:type="gramEnd"/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CA102A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CA102A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6D07226C" w14:textId="44D1806F" w:rsidR="00E25052" w:rsidRDefault="00DD4F9E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45C06A6B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01BF54FB" w14:textId="7DDF9CE3" w:rsidR="00E25052" w:rsidRDefault="00DD4F9E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242BC6F3" w14:textId="43822E06" w:rsidR="00E25052" w:rsidRDefault="00CA102A">
            <w:pPr>
              <w:keepNext/>
            </w:pPr>
            <w:r>
              <w:rPr>
                <w:b/>
                <w:color w:val="0D5F78"/>
              </w:rPr>
              <w:t>Sat / sector</w:t>
            </w:r>
            <w:r w:rsidR="00DD4F9E">
              <w:rPr>
                <w:b/>
                <w:color w:val="0D5F78"/>
              </w:rPr>
              <w:t xml:space="preserve"> -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Strada</w:t>
            </w:r>
            <w:proofErr w:type="spellEnd"/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 xml:space="preserve">Bl. / sc. / et. / </w:t>
            </w:r>
            <w:proofErr w:type="gramStart"/>
            <w:r>
              <w:rPr>
                <w:b/>
                <w:color w:val="0D5F78"/>
              </w:rPr>
              <w:t>ap</w:t>
            </w:r>
            <w:proofErr w:type="gramEnd"/>
            <w:r>
              <w:rPr>
                <w:b/>
                <w:color w:val="0D5F78"/>
              </w:rPr>
              <w:t>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CA102A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CA102A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Număr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cadastral</w:t>
            </w:r>
          </w:p>
          <w:p w14:paraId="46FDA082" w14:textId="77777777" w:rsidR="00E25052" w:rsidRPr="00F801F2" w:rsidRDefault="00E25052" w:rsidP="00CA102A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CA102A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CA102A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1562A">
              <w:rPr>
                <w:sz w:val="16"/>
                <w:lang w:val="fr-FR"/>
              </w:rPr>
              <w:t>funciară</w:t>
            </w:r>
            <w:proofErr w:type="spellEnd"/>
            <w:r w:rsidRPr="0021562A">
              <w:rPr>
                <w:sz w:val="16"/>
                <w:lang w:val="fr-FR"/>
              </w:rPr>
              <w:t xml:space="preserve"> </w:t>
            </w:r>
            <w:proofErr w:type="spellStart"/>
            <w:r w:rsidRPr="0021562A">
              <w:rPr>
                <w:sz w:val="16"/>
                <w:lang w:val="fr-FR"/>
              </w:rPr>
              <w:t>actualizat</w:t>
            </w:r>
            <w:proofErr w:type="spellEnd"/>
            <w:r w:rsidRPr="0021562A">
              <w:rPr>
                <w:sz w:val="16"/>
                <w:lang w:val="fr-FR"/>
              </w:rPr>
              <w:t xml:space="preserve">, </w:t>
            </w:r>
            <w:proofErr w:type="spellStart"/>
            <w:r w:rsidRPr="0021562A">
              <w:rPr>
                <w:sz w:val="16"/>
                <w:lang w:val="fr-FR"/>
              </w:rPr>
              <w:t>anexat</w:t>
            </w:r>
            <w:proofErr w:type="spellEnd"/>
            <w:r w:rsidRPr="0021562A">
              <w:rPr>
                <w:sz w:val="16"/>
                <w:lang w:val="fr-FR"/>
              </w:rPr>
              <w:t xml:space="preserve">     </w:t>
            </w:r>
          </w:p>
          <w:p w14:paraId="4D8DB8B6" w14:textId="6B074625" w:rsidR="00E25052" w:rsidRPr="00F8517F" w:rsidRDefault="00CA102A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 xml:space="preserve">☐ plan </w:t>
            </w:r>
            <w:proofErr w:type="gramStart"/>
            <w:r w:rsidRPr="00F8517F">
              <w:rPr>
                <w:sz w:val="16"/>
                <w:lang w:val="fr-FR"/>
              </w:rPr>
              <w:t xml:space="preserve">de </w:t>
            </w:r>
            <w:proofErr w:type="spellStart"/>
            <w:r w:rsidRPr="00F8517F">
              <w:rPr>
                <w:sz w:val="16"/>
                <w:lang w:val="fr-FR"/>
              </w:rPr>
              <w:t>încadrare</w:t>
            </w:r>
            <w:proofErr w:type="spellEnd"/>
            <w:proofErr w:type="gram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zonă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sistem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Stereo</w:t>
            </w:r>
            <w:proofErr w:type="spellEnd"/>
            <w:r w:rsidRPr="00F8517F">
              <w:rPr>
                <w:sz w:val="16"/>
                <w:lang w:val="fr-FR"/>
              </w:rPr>
              <w:t xml:space="preserve"> 70, </w:t>
            </w:r>
            <w:proofErr w:type="spellStart"/>
            <w:r w:rsidRPr="00F8517F">
              <w:rPr>
                <w:sz w:val="16"/>
                <w:lang w:val="fr-FR"/>
              </w:rPr>
              <w:t>anexat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eliberat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la </w:t>
            </w:r>
            <w:proofErr w:type="spellStart"/>
            <w:r w:rsidR="00F8517F" w:rsidRPr="00F8517F">
              <w:rPr>
                <w:sz w:val="16"/>
                <w:lang w:val="fr-FR"/>
              </w:rPr>
              <w:t>cerere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de </w:t>
            </w:r>
            <w:proofErr w:type="spellStart"/>
            <w:r w:rsidR="00F8517F" w:rsidRPr="00F8517F">
              <w:rPr>
                <w:sz w:val="16"/>
                <w:lang w:val="fr-FR"/>
              </w:rPr>
              <w:t>către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Agenția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Națională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de </w:t>
            </w:r>
            <w:proofErr w:type="spellStart"/>
            <w:r w:rsidR="00F8517F" w:rsidRPr="00F8517F">
              <w:rPr>
                <w:sz w:val="16"/>
                <w:lang w:val="fr-FR"/>
              </w:rPr>
              <w:t>Cadastru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și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Publicitate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Imobiliară</w:t>
            </w:r>
            <w:proofErr w:type="spellEnd"/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CA102A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CA102A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</w:t>
            </w:r>
            <w:proofErr w:type="spellStart"/>
            <w:r w:rsidRPr="00F801F2">
              <w:rPr>
                <w:sz w:val="16"/>
                <w:lang w:val="fr-FR"/>
              </w:rPr>
              <w:t>scris</w:t>
            </w:r>
            <w:proofErr w:type="spellEnd"/>
            <w:r w:rsidRPr="00F801F2">
              <w:rPr>
                <w:sz w:val="16"/>
                <w:lang w:val="fr-FR"/>
              </w:rPr>
              <w:t xml:space="preserve">, </w:t>
            </w:r>
            <w:proofErr w:type="spellStart"/>
            <w:r w:rsidRPr="00F801F2">
              <w:rPr>
                <w:sz w:val="16"/>
                <w:lang w:val="fr-FR"/>
              </w:rPr>
              <w:t>prin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poștă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digital, la </w:t>
            </w:r>
            <w:proofErr w:type="spellStart"/>
            <w:proofErr w:type="gramStart"/>
            <w:r w:rsidRPr="00F801F2">
              <w:rPr>
                <w:sz w:val="16"/>
                <w:lang w:val="fr-FR"/>
              </w:rPr>
              <w:t>adresa</w:t>
            </w:r>
            <w:proofErr w:type="spellEnd"/>
            <w:r w:rsidRPr="00F801F2">
              <w:rPr>
                <w:sz w:val="16"/>
                <w:lang w:val="fr-FR"/>
              </w:rPr>
              <w:t xml:space="preserve"> de e-mail </w:t>
            </w:r>
            <w:proofErr w:type="spellStart"/>
            <w:r w:rsidRPr="00F801F2">
              <w:rPr>
                <w:sz w:val="16"/>
                <w:lang w:val="fr-FR"/>
              </w:rPr>
              <w:t>indicată</w:t>
            </w:r>
            <w:proofErr w:type="spellEnd"/>
            <w:r w:rsidRPr="00F801F2">
              <w:rPr>
                <w:sz w:val="16"/>
                <w:lang w:val="fr-FR"/>
              </w:rPr>
              <w:t xml:space="preserve">    </w:t>
            </w:r>
            <w:proofErr w:type="gramEnd"/>
            <w:r w:rsidRPr="00F801F2">
              <w:rPr>
                <w:sz w:val="16"/>
                <w:lang w:val="fr-FR"/>
              </w:rPr>
              <w:t xml:space="preserve"> ☐ </w:t>
            </w:r>
            <w:proofErr w:type="spellStart"/>
            <w:r w:rsidRPr="00F801F2">
              <w:rPr>
                <w:sz w:val="16"/>
                <w:lang w:val="fr-FR"/>
              </w:rPr>
              <w:t>ridicare</w:t>
            </w:r>
            <w:proofErr w:type="spellEnd"/>
            <w:r w:rsidRPr="00F801F2">
              <w:rPr>
                <w:sz w:val="16"/>
                <w:lang w:val="fr-FR"/>
              </w:rPr>
              <w:t xml:space="preserve"> de la </w:t>
            </w:r>
            <w:proofErr w:type="spellStart"/>
            <w:r w:rsidRPr="00F801F2">
              <w:rPr>
                <w:sz w:val="16"/>
                <w:lang w:val="fr-FR"/>
              </w:rPr>
              <w:t>sediul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CA102A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CA102A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CA102A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CA102A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11"/>
      <w:footerReference w:type="default" r:id="rId12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0A4FF" w14:textId="77777777" w:rsidR="001F57B7" w:rsidRDefault="001F57B7">
      <w:r>
        <w:separator/>
      </w:r>
    </w:p>
  </w:endnote>
  <w:endnote w:type="continuationSeparator" w:id="0">
    <w:p w14:paraId="28E5B67D" w14:textId="77777777" w:rsidR="001F57B7" w:rsidRDefault="001F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71E53" w14:textId="180E0261" w:rsidR="00DD4F9E" w:rsidRDefault="00DD4F9E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D47B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D47B5">
      <w:rPr>
        <w:noProof/>
        <w:color w:val="595959"/>
      </w:rPr>
      <w:t>1</w:t>
    </w:r>
    <w:r>
      <w:rPr>
        <w:color w:val="595959"/>
      </w:rPr>
      <w:fldChar w:fldCharType="end"/>
    </w:r>
  </w:p>
  <w:p w14:paraId="1F38CE05" w14:textId="77777777" w:rsidR="00DD4F9E" w:rsidRPr="00EB6865" w:rsidRDefault="00DD4F9E" w:rsidP="00CA102A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Primăria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Municipiului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Giurgiu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este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Operator de Date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Caracter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Personal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în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conformitate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prevederile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art. 6, lit. (c)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și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(e) ale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Regulamentul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UE 679/ 2016.</w:t>
    </w:r>
  </w:p>
  <w:p w14:paraId="1DE2C1FD" w14:textId="77777777" w:rsidR="00DD4F9E" w:rsidRDefault="00DD4F9E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1F27B" w14:textId="77777777" w:rsidR="001F57B7" w:rsidRDefault="001F57B7">
      <w:r>
        <w:separator/>
      </w:r>
    </w:p>
  </w:footnote>
  <w:footnote w:type="continuationSeparator" w:id="0">
    <w:p w14:paraId="02E42835" w14:textId="77777777" w:rsidR="001F57B7" w:rsidRDefault="001F5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7F69" w14:textId="77777777" w:rsidR="00DD4F9E" w:rsidRPr="00F8517F" w:rsidRDefault="00DD4F9E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30A11B91" w14:textId="654108AB" w:rsidR="00DD4F9E" w:rsidRPr="00F8517F" w:rsidRDefault="00DD4F9E" w:rsidP="00F8517F">
    <w:pPr>
      <w:pStyle w:val="Header"/>
      <w:rPr>
        <w:b/>
        <w:bCs/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55B4"/>
    <w:rsid w:val="0015074B"/>
    <w:rsid w:val="001810CF"/>
    <w:rsid w:val="001F57B7"/>
    <w:rsid w:val="0021562A"/>
    <w:rsid w:val="0029639D"/>
    <w:rsid w:val="002D47B5"/>
    <w:rsid w:val="00326F90"/>
    <w:rsid w:val="004D7346"/>
    <w:rsid w:val="006C103E"/>
    <w:rsid w:val="00763A7C"/>
    <w:rsid w:val="00861954"/>
    <w:rsid w:val="008B0DFA"/>
    <w:rsid w:val="009B5021"/>
    <w:rsid w:val="00AA1D8D"/>
    <w:rsid w:val="00B16250"/>
    <w:rsid w:val="00B47730"/>
    <w:rsid w:val="00CA102A"/>
    <w:rsid w:val="00CB0664"/>
    <w:rsid w:val="00DD4F9E"/>
    <w:rsid w:val="00E25052"/>
    <w:rsid w:val="00E61A6B"/>
    <w:rsid w:val="00F64A8A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39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1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0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1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1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0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1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8DC8B9-49DA-465D-825F-CE359656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7</cp:revision>
  <cp:lastPrinted>2026-09-01T06:43:00Z</cp:lastPrinted>
  <dcterms:created xsi:type="dcterms:W3CDTF">2026-08-31T05:49:00Z</dcterms:created>
  <dcterms:modified xsi:type="dcterms:W3CDTF">2026-09-01T06:43:00Z</dcterms:modified>
</cp:coreProperties>
</file>