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D208C6" w14:paraId="75BD2B23" w14:textId="77777777" w:rsidTr="00AE36D0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484906E" w14:textId="77777777" w:rsidR="00D208C6" w:rsidRDefault="00D208C6" w:rsidP="00AE36D0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4D5798C1" wp14:editId="348BF8EF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0CA59B50" w14:textId="77777777" w:rsidR="00D208C6" w:rsidRDefault="00D208C6" w:rsidP="00AE36D0">
            <w:pPr>
              <w:keepNext/>
            </w:pPr>
            <w:r>
              <w:rPr>
                <w:b/>
                <w:color w:val="0D5F78"/>
              </w:rPr>
              <w:t xml:space="preserve">Județul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48440D40" w14:textId="77777777" w:rsidR="00D208C6" w:rsidRDefault="00D208C6" w:rsidP="00AE36D0">
            <w:pPr>
              <w:keepNext/>
            </w:pPr>
          </w:p>
        </w:tc>
      </w:tr>
      <w:tr w:rsidR="00D208C6" w14:paraId="5EE268F6" w14:textId="77777777" w:rsidTr="00AE36D0">
        <w:trPr>
          <w:cantSplit/>
          <w:trHeight w:val="510"/>
        </w:trPr>
        <w:tc>
          <w:tcPr>
            <w:tcW w:w="1606" w:type="dxa"/>
            <w:vMerge/>
          </w:tcPr>
          <w:p w14:paraId="752CC437" w14:textId="77777777" w:rsidR="00D208C6" w:rsidRDefault="00D208C6" w:rsidP="00AE36D0"/>
        </w:tc>
        <w:tc>
          <w:tcPr>
            <w:tcW w:w="8030" w:type="dxa"/>
            <w:gridSpan w:val="3"/>
            <w:shd w:val="clear" w:color="auto" w:fill="F0F0F0"/>
          </w:tcPr>
          <w:p w14:paraId="51705E67" w14:textId="77777777" w:rsidR="00D208C6" w:rsidRDefault="00D208C6" w:rsidP="00AE36D0">
            <w:pPr>
              <w:keepNext/>
            </w:pPr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Primăria Municipiului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D208C6" w14:paraId="14B3EE48" w14:textId="77777777" w:rsidTr="00AE36D0">
        <w:trPr>
          <w:cantSplit/>
          <w:trHeight w:val="510"/>
        </w:trPr>
        <w:tc>
          <w:tcPr>
            <w:tcW w:w="1606" w:type="dxa"/>
            <w:vMerge/>
          </w:tcPr>
          <w:p w14:paraId="2EE19383" w14:textId="77777777" w:rsidR="00D208C6" w:rsidRDefault="00D208C6" w:rsidP="00AE36D0"/>
        </w:tc>
        <w:tc>
          <w:tcPr>
            <w:tcW w:w="2409" w:type="dxa"/>
            <w:shd w:val="clear" w:color="auto" w:fill="F0F0F0"/>
          </w:tcPr>
          <w:p w14:paraId="1EE4E2E1" w14:textId="77777777" w:rsidR="00D208C6" w:rsidRPr="00F801F2" w:rsidRDefault="00D208C6" w:rsidP="00AE36D0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de identificare fiscală </w:t>
            </w:r>
          </w:p>
          <w:p w14:paraId="4DE0A6DB" w14:textId="77777777" w:rsidR="00D208C6" w:rsidRPr="009D5BC3" w:rsidRDefault="00D208C6" w:rsidP="00AE36D0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E6E0696" w14:textId="77777777" w:rsidR="00D208C6" w:rsidRDefault="00D208C6" w:rsidP="00AE36D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1DFF78F8" w14:textId="77777777" w:rsidR="00D208C6" w:rsidRDefault="00D208C6" w:rsidP="00AE36D0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>Bd. București, nr. 49-51, Giurgiu, Județul Giurgiu, România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</w:rPr>
                <w:t>primarie@primariagiurgiu.ro</w:t>
              </w:r>
            </w:hyperlink>
          </w:p>
          <w:p w14:paraId="6CD078B7" w14:textId="77777777" w:rsidR="00D208C6" w:rsidRDefault="00D208C6" w:rsidP="00AE36D0">
            <w:pPr>
              <w:keepNext/>
            </w:pPr>
          </w:p>
        </w:tc>
      </w:tr>
      <w:tr w:rsidR="00D208C6" w14:paraId="16E43F28" w14:textId="77777777" w:rsidTr="00AE36D0">
        <w:trPr>
          <w:cantSplit/>
          <w:trHeight w:val="510"/>
        </w:trPr>
        <w:tc>
          <w:tcPr>
            <w:tcW w:w="1606" w:type="dxa"/>
            <w:vMerge/>
          </w:tcPr>
          <w:p w14:paraId="55C905EA" w14:textId="77777777" w:rsidR="00D208C6" w:rsidRDefault="00D208C6" w:rsidP="00AE36D0"/>
        </w:tc>
        <w:tc>
          <w:tcPr>
            <w:tcW w:w="4818" w:type="dxa"/>
            <w:gridSpan w:val="2"/>
            <w:shd w:val="clear" w:color="auto" w:fill="F0F0F0"/>
          </w:tcPr>
          <w:p w14:paraId="1BF4BFF8" w14:textId="77777777" w:rsidR="00D208C6" w:rsidRDefault="00D208C6" w:rsidP="00AE36D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17755E65" w14:textId="77777777" w:rsidR="00D208C6" w:rsidRDefault="00D208C6" w:rsidP="00AE36D0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CB2FF3E" w14:textId="77777777" w:rsidR="00D208C6" w:rsidRDefault="00D208C6" w:rsidP="00AE36D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9F6A9FE" w14:textId="77777777" w:rsidR="00D208C6" w:rsidRDefault="00D208C6" w:rsidP="00AE36D0">
            <w:pPr>
              <w:keepNext/>
            </w:pPr>
          </w:p>
        </w:tc>
      </w:tr>
    </w:tbl>
    <w:p w14:paraId="58FEB982" w14:textId="77777777" w:rsidR="00AD35FD" w:rsidRPr="005E6036" w:rsidRDefault="00D208C6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D208C6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D208C6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52DA5EC7" w:rsidR="00AD35FD" w:rsidRPr="007050CD" w:rsidRDefault="00D208C6" w:rsidP="007050CD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 Municipiului Giurgiu</w:t>
            </w:r>
          </w:p>
        </w:tc>
      </w:tr>
      <w:tr w:rsidR="00D208C6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00CCB1BE" w:rsidR="00D208C6" w:rsidRPr="005E6036" w:rsidRDefault="00D208C6">
            <w:pPr>
              <w:spacing w:line="228" w:lineRule="auto"/>
            </w:pPr>
            <w:r w:rsidRPr="009D5BC3">
              <w:rPr>
                <w:lang w:val="fr-FR"/>
              </w:rPr>
              <w:t xml:space="preserve">Cererea va fi transmisă către </w:t>
            </w:r>
            <w:r>
              <w:rPr>
                <w:lang w:val="fr-FR"/>
              </w:rPr>
              <w:t>primarul municipiului  Giurgiu.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D208C6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D208C6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D208C6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5AF076E5" w:rsidR="00AD35FD" w:rsidRDefault="00D208C6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4"/>
          </w:tcPr>
          <w:p w14:paraId="12FFC180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063962B4" w:rsidR="00AD35FD" w:rsidRDefault="00D208C6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6DCE9F1A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42590D7E" w:rsidR="00AD35FD" w:rsidRDefault="00D208C6">
            <w:pPr>
              <w:keepNext/>
            </w:pPr>
            <w:r>
              <w:t>Giurgiu</w:t>
            </w: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D208C6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D208C6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D208C6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D208C6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D208C6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D208C6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Denumirea lucrării, capacitatea și categoria de lucrări din autorizație</w:t>
            </w:r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D208C6">
            <w:r>
              <w:rPr>
                <w:b/>
                <w:color w:val="0D5F78"/>
              </w:rPr>
              <w:t>în valoare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D208C6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D208C6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D208C6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D208C6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au fost finalizate lucrările de construcții autorizate</w:t>
            </w:r>
          </w:p>
          <w:p w14:paraId="0A5397F4" w14:textId="77777777" w:rsidR="00AD35FD" w:rsidRDefault="00AD35FD" w:rsidP="00D208C6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D208C6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D208C6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11286E2C" w:rsidR="00AD35FD" w:rsidRDefault="00D208C6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365ED677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42272123" w:rsidR="00AD35FD" w:rsidRDefault="00D208C6">
            <w:pPr>
              <w:keepNext/>
            </w:pPr>
            <w:r>
              <w:t>Giurgiu</w:t>
            </w:r>
          </w:p>
        </w:tc>
        <w:tc>
          <w:tcPr>
            <w:tcW w:w="3212" w:type="dxa"/>
            <w:gridSpan w:val="2"/>
          </w:tcPr>
          <w:p w14:paraId="621EB7A6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D208C6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Număr cadastral</w:t>
            </w:r>
          </w:p>
          <w:p w14:paraId="23C02068" w14:textId="77777777" w:rsidR="00AD35FD" w:rsidRPr="007050CD" w:rsidRDefault="00AD35FD" w:rsidP="00D208C6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D208C6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D208C6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D208C6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Se convoacă comisia de recepție la terminarea lucrărilor,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D208C6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D208C6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D208C6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D208C6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D208C6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6189C" w14:textId="77777777" w:rsidR="00601BF9" w:rsidRDefault="00601BF9">
      <w:r>
        <w:separator/>
      </w:r>
    </w:p>
  </w:endnote>
  <w:endnote w:type="continuationSeparator" w:id="0">
    <w:p w14:paraId="5CA5E708" w14:textId="77777777" w:rsidR="00601BF9" w:rsidRDefault="0060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F1F6F" w14:textId="7C30F0FC" w:rsidR="00AD35FD" w:rsidRDefault="00D208C6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7320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73205">
      <w:rPr>
        <w:noProof/>
        <w:color w:val="595959"/>
      </w:rPr>
      <w:t>1</w:t>
    </w:r>
    <w:r>
      <w:rPr>
        <w:color w:val="595959"/>
      </w:rPr>
      <w:fldChar w:fldCharType="end"/>
    </w:r>
  </w:p>
  <w:p w14:paraId="644562BC" w14:textId="77777777" w:rsidR="00D208C6" w:rsidRPr="00EB6865" w:rsidRDefault="00D208C6" w:rsidP="00D208C6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r w:rsidRPr="00EB6865">
      <w:rPr>
        <w:rFonts w:ascii="Arial Narrow" w:hAnsi="Arial Narrow"/>
        <w:i/>
        <w:color w:val="808080"/>
        <w:sz w:val="16"/>
        <w:szCs w:val="16"/>
      </w:rPr>
      <w:t>Primăria Municipiului Giurgiu este Operator de Date cu Caracter Personal în conformitate cu prevederile art. 6, lit. (c) și (e) ale Regulamentul UE 679/ 2016.</w:t>
    </w:r>
  </w:p>
  <w:p w14:paraId="3CF02843" w14:textId="77777777" w:rsidR="00D208C6" w:rsidRDefault="00D208C6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F79B6" w14:textId="77777777" w:rsidR="00601BF9" w:rsidRDefault="00601BF9">
      <w:r>
        <w:separator/>
      </w:r>
    </w:p>
  </w:footnote>
  <w:footnote w:type="continuationSeparator" w:id="0">
    <w:p w14:paraId="27DF8645" w14:textId="77777777" w:rsidR="00601BF9" w:rsidRDefault="00601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6E6F"/>
    <w:rsid w:val="0029639D"/>
    <w:rsid w:val="00326F90"/>
    <w:rsid w:val="005E6036"/>
    <w:rsid w:val="00601BF9"/>
    <w:rsid w:val="00663E4B"/>
    <w:rsid w:val="006C103E"/>
    <w:rsid w:val="007050CD"/>
    <w:rsid w:val="007F355F"/>
    <w:rsid w:val="008E3393"/>
    <w:rsid w:val="00954C61"/>
    <w:rsid w:val="00973205"/>
    <w:rsid w:val="00AA1D8D"/>
    <w:rsid w:val="00AD35FD"/>
    <w:rsid w:val="00B47730"/>
    <w:rsid w:val="00B769B5"/>
    <w:rsid w:val="00CB0664"/>
    <w:rsid w:val="00D204B5"/>
    <w:rsid w:val="00D208C6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384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08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08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E3F6B3-0725-46D6-BD58-77C88DC5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8</cp:revision>
  <cp:lastPrinted>2026-09-01T06:25:00Z</cp:lastPrinted>
  <dcterms:created xsi:type="dcterms:W3CDTF">2026-08-31T11:03:00Z</dcterms:created>
  <dcterms:modified xsi:type="dcterms:W3CDTF">2026-09-01T06:25:00Z</dcterms:modified>
</cp:coreProperties>
</file>